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052F1" w14:textId="77777777" w:rsidR="002B76DC" w:rsidRPr="00E53D4C" w:rsidRDefault="00B97995">
      <w:pPr>
        <w:spacing w:after="40"/>
        <w:jc w:val="center"/>
        <w:rPr>
          <w:lang w:val="fr-FR"/>
        </w:rPr>
      </w:pPr>
      <w:r w:rsidRPr="00E53D4C">
        <w:rPr>
          <w:rFonts w:ascii="Arial" w:hAnsi="Arial"/>
          <w:b/>
          <w:color w:val="003366"/>
          <w:sz w:val="44"/>
          <w:lang w:val="fr-FR"/>
        </w:rPr>
        <w:t>WALFERDANGE RUGBY CLUB</w:t>
      </w:r>
    </w:p>
    <w:p w14:paraId="2EEAC13E" w14:textId="5905B59E" w:rsidR="002B76DC" w:rsidRPr="00E53D4C" w:rsidRDefault="00B97995">
      <w:pPr>
        <w:spacing w:after="360"/>
        <w:jc w:val="center"/>
        <w:rPr>
          <w:lang w:val="fr-FR"/>
        </w:rPr>
      </w:pPr>
      <w:r w:rsidRPr="00E53D4C">
        <w:rPr>
          <w:rFonts w:ascii="Arial" w:hAnsi="Arial"/>
          <w:i/>
          <w:sz w:val="24"/>
          <w:lang w:val="fr-FR"/>
        </w:rPr>
        <w:t xml:space="preserve">Plan d'Entraînement de </w:t>
      </w:r>
      <w:proofErr w:type="gramStart"/>
      <w:r w:rsidR="00041AB7">
        <w:rPr>
          <w:rFonts w:ascii="Arial" w:hAnsi="Arial"/>
          <w:i/>
          <w:sz w:val="24"/>
          <w:lang w:val="fr-FR"/>
        </w:rPr>
        <w:t>Mardi</w:t>
      </w:r>
      <w:proofErr w:type="gramEnd"/>
      <w:r w:rsidR="003E42A9">
        <w:rPr>
          <w:rFonts w:ascii="Arial" w:hAnsi="Arial"/>
          <w:i/>
          <w:sz w:val="24"/>
          <w:lang w:val="fr-FR"/>
        </w:rPr>
        <w:t xml:space="preserve"> 1</w:t>
      </w:r>
      <w:r w:rsidR="00041AB7">
        <w:rPr>
          <w:rFonts w:ascii="Arial" w:hAnsi="Arial"/>
          <w:i/>
          <w:sz w:val="24"/>
          <w:lang w:val="fr-FR"/>
        </w:rPr>
        <w:t>5</w:t>
      </w:r>
      <w:r w:rsidR="00352295">
        <w:rPr>
          <w:rFonts w:ascii="Arial" w:hAnsi="Arial"/>
          <w:i/>
          <w:sz w:val="24"/>
          <w:lang w:val="fr-FR"/>
        </w:rPr>
        <w:t xml:space="preserve"> </w:t>
      </w:r>
      <w:proofErr w:type="gramStart"/>
      <w:r w:rsidR="00352295">
        <w:rPr>
          <w:rFonts w:ascii="Arial" w:hAnsi="Arial"/>
          <w:i/>
          <w:sz w:val="24"/>
          <w:lang w:val="fr-FR"/>
        </w:rPr>
        <w:t>Septembre</w:t>
      </w:r>
      <w:proofErr w:type="gramEnd"/>
      <w:r w:rsidR="00352295">
        <w:rPr>
          <w:rFonts w:ascii="Arial" w:hAnsi="Arial"/>
          <w:i/>
          <w:sz w:val="24"/>
          <w:lang w:val="fr-FR"/>
        </w:rPr>
        <w:t xml:space="preserve"> 2026</w:t>
      </w:r>
      <w:r w:rsidR="00352295" w:rsidRPr="00E53D4C">
        <w:rPr>
          <w:rFonts w:ascii="Arial" w:hAnsi="Arial"/>
          <w:i/>
          <w:sz w:val="24"/>
          <w:lang w:val="fr-FR"/>
        </w:rPr>
        <w:t xml:space="preserve"> </w:t>
      </w:r>
      <w:r w:rsidRPr="00E53D4C">
        <w:rPr>
          <w:rFonts w:ascii="Arial" w:hAnsi="Arial"/>
          <w:i/>
          <w:sz w:val="24"/>
          <w:lang w:val="fr-FR"/>
        </w:rPr>
        <w:br/>
        <w:t xml:space="preserve">Équipe Senior - Durée : 90 Minutes - Effectif : </w:t>
      </w:r>
      <w:r w:rsidR="003950D2">
        <w:rPr>
          <w:rFonts w:ascii="Arial" w:hAnsi="Arial"/>
          <w:i/>
          <w:sz w:val="24"/>
          <w:lang w:val="fr-FR"/>
        </w:rPr>
        <w:t xml:space="preserve">~ </w:t>
      </w:r>
      <w:r w:rsidR="00041AB7">
        <w:rPr>
          <w:rFonts w:ascii="Arial" w:hAnsi="Arial"/>
          <w:i/>
          <w:sz w:val="24"/>
          <w:lang w:val="fr-FR"/>
        </w:rPr>
        <w:t>3</w:t>
      </w:r>
      <w:r w:rsidR="00EF5B0C">
        <w:rPr>
          <w:rFonts w:ascii="Arial" w:hAnsi="Arial"/>
          <w:i/>
          <w:sz w:val="24"/>
          <w:lang w:val="fr-FR"/>
        </w:rPr>
        <w:t>0</w:t>
      </w:r>
      <w:r w:rsidRPr="00E53D4C">
        <w:rPr>
          <w:rFonts w:ascii="Arial" w:hAnsi="Arial"/>
          <w:i/>
          <w:sz w:val="24"/>
          <w:lang w:val="fr-FR"/>
        </w:rPr>
        <w:t xml:space="preserve"> joueurs</w:t>
      </w:r>
    </w:p>
    <w:p w14:paraId="66DA1D8F" w14:textId="77777777" w:rsidR="00EF5B0C" w:rsidRDefault="00EF5B0C" w:rsidP="00AA6E08">
      <w:pPr>
        <w:spacing w:after="0"/>
        <w:rPr>
          <w:lang w:val="fr-FR"/>
        </w:rPr>
      </w:pPr>
    </w:p>
    <w:p w14:paraId="3A747250" w14:textId="44C6D2BB" w:rsidR="00041AB7" w:rsidRPr="00A6029F" w:rsidRDefault="001F16AC" w:rsidP="00041AB7">
      <w:pPr>
        <w:spacing w:after="0"/>
        <w:rPr>
          <w:b/>
          <w:bCs/>
          <w:lang w:val="fr-FR"/>
        </w:rPr>
      </w:pPr>
      <w:r>
        <w:rPr>
          <w:b/>
          <w:bCs/>
          <w:lang w:val="fr-FR"/>
        </w:rPr>
        <w:t>5</w:t>
      </w:r>
      <w:r w:rsidR="004F354E" w:rsidRPr="00596676">
        <w:rPr>
          <w:b/>
          <w:bCs/>
          <w:lang w:val="fr-FR"/>
        </w:rPr>
        <w:t xml:space="preserve"> </w:t>
      </w:r>
      <w:proofErr w:type="gramStart"/>
      <w:r w:rsidR="004F354E" w:rsidRPr="00596676">
        <w:rPr>
          <w:b/>
          <w:bCs/>
          <w:lang w:val="fr-FR"/>
        </w:rPr>
        <w:t>min:</w:t>
      </w:r>
      <w:proofErr w:type="gramEnd"/>
      <w:r w:rsidR="004F354E" w:rsidRPr="00596676">
        <w:rPr>
          <w:b/>
          <w:bCs/>
          <w:lang w:val="fr-FR"/>
        </w:rPr>
        <w:t xml:space="preserve"> </w:t>
      </w:r>
      <w:proofErr w:type="gramStart"/>
      <w:r w:rsidR="004F354E" w:rsidRPr="00596676">
        <w:rPr>
          <w:b/>
          <w:bCs/>
          <w:lang w:val="fr-FR"/>
        </w:rPr>
        <w:t>Echauffement:</w:t>
      </w:r>
      <w:proofErr w:type="gramEnd"/>
      <w:r w:rsidR="00A6029F">
        <w:rPr>
          <w:b/>
          <w:bCs/>
          <w:lang w:val="fr-FR"/>
        </w:rPr>
        <w:t xml:space="preserve"> </w:t>
      </w:r>
      <w:r w:rsidR="00041AB7">
        <w:rPr>
          <w:lang w:val="fr-FR"/>
        </w:rPr>
        <w:t>P</w:t>
      </w:r>
      <w:r w:rsidR="00041AB7" w:rsidRPr="00041AB7">
        <w:rPr>
          <w:lang w:val="fr-FR"/>
        </w:rPr>
        <w:t>asse en mouvement depuis le sol (continuité de jeu),</w:t>
      </w:r>
    </w:p>
    <w:p w14:paraId="20523D02" w14:textId="77777777" w:rsidR="00041AB7" w:rsidRPr="00041AB7" w:rsidRDefault="00041AB7" w:rsidP="00041AB7">
      <w:pPr>
        <w:spacing w:after="0"/>
        <w:rPr>
          <w:lang w:val="fr-FR"/>
        </w:rPr>
      </w:pPr>
      <w:r w:rsidRPr="00041AB7">
        <w:rPr>
          <w:lang w:val="fr-FR"/>
        </w:rPr>
        <w:t xml:space="preserve">Par 3 sur un ballon, course en file indienne sur une ligne, passe au sol dans le mouvement après (simulation) placage le sol, sur joueur au support. </w:t>
      </w:r>
    </w:p>
    <w:p w14:paraId="0DFB3651" w14:textId="6AE4C81A" w:rsidR="00041AB7" w:rsidRDefault="00041AB7" w:rsidP="00041AB7">
      <w:pPr>
        <w:spacing w:after="0"/>
        <w:rPr>
          <w:lang w:val="fr-FR"/>
        </w:rPr>
      </w:pPr>
      <w:r w:rsidRPr="00041AB7">
        <w:rPr>
          <w:lang w:val="fr-FR"/>
        </w:rPr>
        <w:t xml:space="preserve">Un part avec ballon, fait 3 pas, va au sol avec le ballon (simulation de placage), se tourne et, depuis le sol, dans le mouvement fait la passe à Deux qui arrive </w:t>
      </w:r>
      <w:proofErr w:type="gramStart"/>
      <w:r w:rsidRPr="00041AB7">
        <w:rPr>
          <w:lang w:val="fr-FR"/>
        </w:rPr>
        <w:t>lancé</w:t>
      </w:r>
      <w:proofErr w:type="gramEnd"/>
      <w:r w:rsidRPr="00041AB7">
        <w:rPr>
          <w:lang w:val="fr-FR"/>
        </w:rPr>
        <w:t xml:space="preserve"> au support, attrape le ballon, avance de 3 pas, va au sol, se retourne et dans le mouvement passe le ballon à Trois, qui arrive au support lancé, avance de 3 pas, va au sol et passe à Un, qui s'est relevé entre temps, </w:t>
      </w:r>
      <w:proofErr w:type="spellStart"/>
      <w:r w:rsidRPr="00041AB7">
        <w:rPr>
          <w:lang w:val="fr-FR"/>
        </w:rPr>
        <w:t>etc</w:t>
      </w:r>
      <w:proofErr w:type="spellEnd"/>
      <w:r w:rsidRPr="00041AB7">
        <w:rPr>
          <w:lang w:val="fr-FR"/>
        </w:rPr>
        <w:t xml:space="preserve"> </w:t>
      </w:r>
    </w:p>
    <w:p w14:paraId="795F8AED" w14:textId="77777777" w:rsidR="00041AB7" w:rsidRPr="00041AB7" w:rsidRDefault="00041AB7" w:rsidP="00041AB7">
      <w:pPr>
        <w:spacing w:after="0"/>
        <w:rPr>
          <w:lang w:val="fr-FR"/>
        </w:rPr>
      </w:pPr>
      <w:r w:rsidRPr="00041AB7">
        <w:rPr>
          <w:lang w:val="fr-FR"/>
        </w:rPr>
        <w:t xml:space="preserve">Faire un aller-retour de touche à 15 m sur </w:t>
      </w:r>
      <w:proofErr w:type="spellStart"/>
      <w:r w:rsidRPr="00041AB7">
        <w:rPr>
          <w:lang w:val="fr-FR"/>
        </w:rPr>
        <w:t>largeure</w:t>
      </w:r>
      <w:proofErr w:type="spellEnd"/>
      <w:r w:rsidRPr="00041AB7">
        <w:rPr>
          <w:lang w:val="fr-FR"/>
        </w:rPr>
        <w:t xml:space="preserve"> du terrain pour "tester" le mouvement, puis faire une ou 2 </w:t>
      </w:r>
      <w:proofErr w:type="spellStart"/>
      <w:r w:rsidRPr="00041AB7">
        <w:rPr>
          <w:lang w:val="fr-FR"/>
        </w:rPr>
        <w:t>competition</w:t>
      </w:r>
      <w:proofErr w:type="spellEnd"/>
      <w:r w:rsidRPr="00041AB7">
        <w:rPr>
          <w:lang w:val="fr-FR"/>
        </w:rPr>
        <w:t xml:space="preserve"> de vitesse entre groupes de 3.</w:t>
      </w:r>
    </w:p>
    <w:p w14:paraId="6161AD91" w14:textId="77777777" w:rsidR="00041AB7" w:rsidRPr="00041AB7" w:rsidRDefault="00041AB7" w:rsidP="00041AB7">
      <w:pPr>
        <w:spacing w:after="0"/>
        <w:rPr>
          <w:lang w:val="fr-FR"/>
        </w:rPr>
      </w:pPr>
    </w:p>
    <w:p w14:paraId="7272289A" w14:textId="71D00066" w:rsidR="00E4518A" w:rsidRDefault="007D0463" w:rsidP="00041AB7">
      <w:pPr>
        <w:spacing w:after="0"/>
        <w:rPr>
          <w:lang w:val="fr-FR"/>
        </w:rPr>
      </w:pPr>
      <w:r>
        <w:rPr>
          <w:b/>
          <w:bCs/>
          <w:lang w:val="fr-FR"/>
        </w:rPr>
        <w:t>5</w:t>
      </w:r>
      <w:r w:rsidR="00041AB7" w:rsidRPr="001F16AC">
        <w:rPr>
          <w:b/>
          <w:bCs/>
          <w:lang w:val="fr-FR"/>
        </w:rPr>
        <w:t xml:space="preserve"> min</w:t>
      </w:r>
      <w:proofErr w:type="gramStart"/>
      <w:r w:rsidR="00041AB7" w:rsidRPr="001F16AC">
        <w:rPr>
          <w:b/>
          <w:bCs/>
          <w:lang w:val="fr-FR"/>
        </w:rPr>
        <w:t xml:space="preserve">-  </w:t>
      </w:r>
      <w:proofErr w:type="spellStart"/>
      <w:r w:rsidR="00041AB7" w:rsidRPr="001F16AC">
        <w:rPr>
          <w:b/>
          <w:bCs/>
          <w:lang w:val="fr-FR"/>
        </w:rPr>
        <w:t>Exercise</w:t>
      </w:r>
      <w:proofErr w:type="spellEnd"/>
      <w:proofErr w:type="gramEnd"/>
      <w:r w:rsidR="00041AB7" w:rsidRPr="001F16AC">
        <w:rPr>
          <w:b/>
          <w:bCs/>
          <w:lang w:val="fr-FR"/>
        </w:rPr>
        <w:t xml:space="preserve"> passes</w:t>
      </w:r>
      <w:r w:rsidR="007E720C">
        <w:rPr>
          <w:b/>
          <w:bCs/>
          <w:lang w:val="fr-FR"/>
        </w:rPr>
        <w:t xml:space="preserve"> : </w:t>
      </w:r>
      <w:r>
        <w:rPr>
          <w:b/>
          <w:bCs/>
          <w:lang w:val="fr-FR"/>
        </w:rPr>
        <w:t xml:space="preserve"> Double redoublé</w:t>
      </w:r>
      <w:r w:rsidR="007E720C">
        <w:rPr>
          <w:b/>
          <w:bCs/>
          <w:lang w:val="fr-FR"/>
        </w:rPr>
        <w:t xml:space="preserve">, </w:t>
      </w:r>
    </w:p>
    <w:p w14:paraId="7B4C7D19" w14:textId="4E763B8F" w:rsidR="00041AB7" w:rsidRPr="00041AB7" w:rsidRDefault="00E4518A" w:rsidP="00041AB7">
      <w:pPr>
        <w:spacing w:after="0"/>
        <w:rPr>
          <w:lang w:val="fr-FR"/>
        </w:rPr>
      </w:pPr>
      <w:r>
        <w:rPr>
          <w:lang w:val="fr-FR"/>
        </w:rPr>
        <w:t>P</w:t>
      </w:r>
      <w:r w:rsidR="00041AB7" w:rsidRPr="00E4518A">
        <w:rPr>
          <w:lang w:val="fr-FR"/>
        </w:rPr>
        <w:t xml:space="preserve">ar ligne de 4, 5m de </w:t>
      </w:r>
      <w:proofErr w:type="gramStart"/>
      <w:r w:rsidR="00041AB7" w:rsidRPr="00E4518A">
        <w:rPr>
          <w:lang w:val="fr-FR"/>
        </w:rPr>
        <w:t>large;</w:t>
      </w:r>
      <w:proofErr w:type="gramEnd"/>
      <w:r>
        <w:rPr>
          <w:lang w:val="fr-FR"/>
        </w:rPr>
        <w:t xml:space="preserve"> </w:t>
      </w:r>
      <w:r w:rsidR="00041AB7" w:rsidRPr="00041AB7">
        <w:rPr>
          <w:lang w:val="fr-FR"/>
        </w:rPr>
        <w:t xml:space="preserve">Course sur la largeur du terrain de touche à touche. Répartir les lignes sur la </w:t>
      </w:r>
      <w:proofErr w:type="spellStart"/>
      <w:r w:rsidR="00041AB7" w:rsidRPr="00041AB7">
        <w:rPr>
          <w:lang w:val="fr-FR"/>
        </w:rPr>
        <w:t>largeure</w:t>
      </w:r>
      <w:proofErr w:type="spellEnd"/>
      <w:r w:rsidR="00041AB7" w:rsidRPr="00041AB7">
        <w:rPr>
          <w:lang w:val="fr-FR"/>
        </w:rPr>
        <w:t xml:space="preserve"> du terrain pour qu'elle ne se </w:t>
      </w:r>
      <w:proofErr w:type="spellStart"/>
      <w:r w:rsidR="00041AB7" w:rsidRPr="00041AB7">
        <w:rPr>
          <w:lang w:val="fr-FR"/>
        </w:rPr>
        <w:t>genent</w:t>
      </w:r>
      <w:proofErr w:type="spellEnd"/>
      <w:r w:rsidR="00041AB7" w:rsidRPr="00041AB7">
        <w:rPr>
          <w:lang w:val="fr-FR"/>
        </w:rPr>
        <w:t xml:space="preserve"> pas.</w:t>
      </w:r>
    </w:p>
    <w:p w14:paraId="160D6919" w14:textId="2DB63ADB" w:rsidR="00041AB7" w:rsidRPr="00041AB7" w:rsidRDefault="00041AB7" w:rsidP="00041AB7">
      <w:pPr>
        <w:spacing w:after="0"/>
        <w:rPr>
          <w:lang w:val="fr-FR"/>
        </w:rPr>
      </w:pPr>
      <w:r w:rsidRPr="00041AB7">
        <w:rPr>
          <w:lang w:val="fr-FR"/>
        </w:rPr>
        <w:t>Passe-</w:t>
      </w:r>
      <w:proofErr w:type="spellStart"/>
      <w:r w:rsidRPr="00041AB7">
        <w:rPr>
          <w:lang w:val="fr-FR"/>
        </w:rPr>
        <w:t>rebouble</w:t>
      </w:r>
      <w:proofErr w:type="spellEnd"/>
      <w:r w:rsidRPr="00041AB7">
        <w:rPr>
          <w:lang w:val="fr-FR"/>
        </w:rPr>
        <w:t>-passe-</w:t>
      </w:r>
      <w:proofErr w:type="spellStart"/>
      <w:r w:rsidRPr="00041AB7">
        <w:rPr>
          <w:lang w:val="fr-FR"/>
        </w:rPr>
        <w:t>resouble</w:t>
      </w:r>
      <w:proofErr w:type="spellEnd"/>
      <w:r w:rsidRPr="00041AB7">
        <w:rPr>
          <w:lang w:val="fr-FR"/>
        </w:rPr>
        <w:t xml:space="preserve">-passe - changement de sens - passe -redouble-passe-redouble-passe - changement de sens ... Les redoublés redressent </w:t>
      </w:r>
      <w:proofErr w:type="gramStart"/>
      <w:r w:rsidRPr="00041AB7">
        <w:rPr>
          <w:lang w:val="fr-FR"/>
        </w:rPr>
        <w:t>leurs course</w:t>
      </w:r>
      <w:proofErr w:type="gramEnd"/>
      <w:r w:rsidRPr="00041AB7">
        <w:rPr>
          <w:lang w:val="fr-FR"/>
        </w:rPr>
        <w:t xml:space="preserve"> pour prendre la ligne du passeur précédent.</w:t>
      </w:r>
    </w:p>
    <w:p w14:paraId="3367FC8D" w14:textId="77777777" w:rsidR="007E720C" w:rsidRPr="00041AB7" w:rsidRDefault="007E720C" w:rsidP="007E720C">
      <w:pPr>
        <w:spacing w:after="0"/>
        <w:rPr>
          <w:lang w:val="fr-FR"/>
        </w:rPr>
      </w:pPr>
      <w:r w:rsidRPr="00041AB7">
        <w:rPr>
          <w:lang w:val="fr-FR"/>
        </w:rPr>
        <w:t xml:space="preserve">Faire un aller-retour de touche à milieu de terrain pour "tester", puis faire une ou 2 </w:t>
      </w:r>
      <w:proofErr w:type="spellStart"/>
      <w:r w:rsidRPr="00041AB7">
        <w:rPr>
          <w:lang w:val="fr-FR"/>
        </w:rPr>
        <w:t>competition</w:t>
      </w:r>
      <w:proofErr w:type="spellEnd"/>
      <w:r w:rsidRPr="00041AB7">
        <w:rPr>
          <w:lang w:val="fr-FR"/>
        </w:rPr>
        <w:t xml:space="preserve"> de vitesse entre groupes de 4.</w:t>
      </w:r>
    </w:p>
    <w:p w14:paraId="1B85A426" w14:textId="1E89F14E" w:rsidR="00041AB7" w:rsidRPr="00041AB7" w:rsidRDefault="00041AB7" w:rsidP="00041AB7">
      <w:pPr>
        <w:spacing w:after="0"/>
        <w:rPr>
          <w:lang w:val="fr-FR"/>
        </w:rPr>
      </w:pPr>
      <w:r w:rsidRPr="00041AB7">
        <w:rPr>
          <w:lang w:val="fr-FR"/>
        </w:rPr>
        <w:t xml:space="preserve">Instructions </w:t>
      </w:r>
      <w:proofErr w:type="gramStart"/>
      <w:r w:rsidRPr="00041AB7">
        <w:rPr>
          <w:lang w:val="fr-FR"/>
        </w:rPr>
        <w:t>classiques:</w:t>
      </w:r>
      <w:proofErr w:type="gramEnd"/>
      <w:r w:rsidRPr="00041AB7">
        <w:rPr>
          <w:lang w:val="fr-FR"/>
        </w:rPr>
        <w:t xml:space="preserve"> mains-hanches </w:t>
      </w:r>
      <w:proofErr w:type="spellStart"/>
      <w:r w:rsidRPr="00041AB7">
        <w:rPr>
          <w:lang w:val="fr-FR"/>
        </w:rPr>
        <w:t>pretes</w:t>
      </w:r>
      <w:proofErr w:type="spellEnd"/>
      <w:r w:rsidRPr="00041AB7">
        <w:rPr>
          <w:lang w:val="fr-FR"/>
        </w:rPr>
        <w:t>, appeler la balle, regarder avant de passer, profondeur, replacement etc...</w:t>
      </w:r>
    </w:p>
    <w:p w14:paraId="70F704E4" w14:textId="77777777" w:rsidR="00041AB7" w:rsidRPr="00041AB7" w:rsidRDefault="00041AB7" w:rsidP="00041AB7">
      <w:pPr>
        <w:spacing w:after="0"/>
        <w:rPr>
          <w:lang w:val="fr-FR"/>
        </w:rPr>
      </w:pPr>
    </w:p>
    <w:p w14:paraId="6460D6E8" w14:textId="77777777" w:rsidR="00456CDE" w:rsidRDefault="00041AB7" w:rsidP="00041AB7">
      <w:pPr>
        <w:spacing w:after="0"/>
        <w:rPr>
          <w:lang w:val="fr-FR"/>
        </w:rPr>
      </w:pPr>
      <w:r w:rsidRPr="00456CDE">
        <w:rPr>
          <w:b/>
          <w:bCs/>
          <w:lang w:val="fr-FR"/>
        </w:rPr>
        <w:t>15 min - Exercice montée défensive inversée collective en 2 temps</w:t>
      </w:r>
    </w:p>
    <w:p w14:paraId="07228B89" w14:textId="314EAFA9" w:rsidR="00041AB7" w:rsidRPr="00041AB7" w:rsidRDefault="00456CDE" w:rsidP="00041AB7">
      <w:pPr>
        <w:spacing w:after="0"/>
        <w:rPr>
          <w:lang w:val="fr-FR"/>
        </w:rPr>
      </w:pPr>
      <w:proofErr w:type="gramStart"/>
      <w:r>
        <w:rPr>
          <w:lang w:val="fr-FR"/>
        </w:rPr>
        <w:t>D</w:t>
      </w:r>
      <w:r w:rsidR="00041AB7" w:rsidRPr="00041AB7">
        <w:rPr>
          <w:lang w:val="fr-FR"/>
        </w:rPr>
        <w:t>isposition:</w:t>
      </w:r>
      <w:proofErr w:type="gramEnd"/>
      <w:r w:rsidR="00041AB7" w:rsidRPr="00041AB7">
        <w:rPr>
          <w:lang w:val="fr-FR"/>
        </w:rPr>
        <w:t xml:space="preserve"> </w:t>
      </w:r>
      <w:r w:rsidR="00EC0901" w:rsidRPr="00041AB7">
        <w:rPr>
          <w:lang w:val="fr-FR"/>
        </w:rPr>
        <w:t>Par ligne de 5</w:t>
      </w:r>
      <w:r w:rsidR="002A2B66">
        <w:rPr>
          <w:lang w:val="fr-FR"/>
        </w:rPr>
        <w:t>.</w:t>
      </w:r>
      <w:r w:rsidR="00EC0901">
        <w:rPr>
          <w:lang w:val="fr-FR"/>
        </w:rPr>
        <w:t xml:space="preserve"> </w:t>
      </w:r>
      <w:r w:rsidR="00041AB7" w:rsidRPr="00041AB7">
        <w:rPr>
          <w:lang w:val="fr-FR"/>
        </w:rPr>
        <w:t>5 plots espac</w:t>
      </w:r>
      <w:r w:rsidR="00EC0901">
        <w:rPr>
          <w:lang w:val="fr-FR"/>
        </w:rPr>
        <w:t>és</w:t>
      </w:r>
      <w:r w:rsidR="00041AB7" w:rsidRPr="00041AB7">
        <w:rPr>
          <w:lang w:val="fr-FR"/>
        </w:rPr>
        <w:t xml:space="preserve"> de ~7-8 m </w:t>
      </w:r>
      <w:proofErr w:type="gramStart"/>
      <w:r w:rsidR="00041AB7" w:rsidRPr="00041AB7">
        <w:rPr>
          <w:lang w:val="fr-FR"/>
        </w:rPr>
        <w:t>constitue  ligne</w:t>
      </w:r>
      <w:proofErr w:type="gramEnd"/>
      <w:r w:rsidR="00041AB7" w:rsidRPr="00041AB7">
        <w:rPr>
          <w:lang w:val="fr-FR"/>
        </w:rPr>
        <w:t xml:space="preserve"> de départ, plots en face à 5</w:t>
      </w:r>
      <w:proofErr w:type="gramStart"/>
      <w:r w:rsidR="00041AB7" w:rsidRPr="00041AB7">
        <w:rPr>
          <w:lang w:val="fr-FR"/>
        </w:rPr>
        <w:t>m;</w:t>
      </w:r>
      <w:proofErr w:type="gramEnd"/>
      <w:r w:rsidR="00041AB7" w:rsidRPr="00041AB7">
        <w:rPr>
          <w:lang w:val="fr-FR"/>
        </w:rPr>
        <w:t xml:space="preserve"> 5 autres plots </w:t>
      </w:r>
      <w:proofErr w:type="spellStart"/>
      <w:r w:rsidR="00041AB7" w:rsidRPr="00041AB7">
        <w:rPr>
          <w:lang w:val="fr-FR"/>
        </w:rPr>
        <w:t>décallé</w:t>
      </w:r>
      <w:r w:rsidR="002A2B66">
        <w:rPr>
          <w:lang w:val="fr-FR"/>
        </w:rPr>
        <w:t>s</w:t>
      </w:r>
      <w:proofErr w:type="spellEnd"/>
      <w:r w:rsidR="00041AB7" w:rsidRPr="00041AB7">
        <w:rPr>
          <w:lang w:val="fr-FR"/>
        </w:rPr>
        <w:t xml:space="preserve"> de 3m en latéral par rapport </w:t>
      </w:r>
      <w:proofErr w:type="gramStart"/>
      <w:r w:rsidR="00041AB7" w:rsidRPr="00041AB7">
        <w:rPr>
          <w:lang w:val="fr-FR"/>
        </w:rPr>
        <w:t>au 1</w:t>
      </w:r>
      <w:r w:rsidR="00041AB7" w:rsidRPr="002A2B66">
        <w:rPr>
          <w:vertAlign w:val="superscript"/>
          <w:lang w:val="fr-FR"/>
        </w:rPr>
        <w:t>er</w:t>
      </w:r>
      <w:r w:rsidR="002A2B66">
        <w:rPr>
          <w:lang w:val="fr-FR"/>
        </w:rPr>
        <w:t xml:space="preserve"> </w:t>
      </w:r>
      <w:r w:rsidR="00041AB7" w:rsidRPr="00041AB7">
        <w:rPr>
          <w:lang w:val="fr-FR"/>
        </w:rPr>
        <w:t>plots</w:t>
      </w:r>
      <w:proofErr w:type="gramEnd"/>
      <w:r w:rsidR="00041AB7" w:rsidRPr="00041AB7">
        <w:rPr>
          <w:lang w:val="fr-FR"/>
        </w:rPr>
        <w:t xml:space="preserve">. En face </w:t>
      </w:r>
      <w:r w:rsidR="002A2B66">
        <w:rPr>
          <w:lang w:val="fr-FR"/>
        </w:rPr>
        <w:t xml:space="preserve">des 2me plots, </w:t>
      </w:r>
      <w:r w:rsidR="00041AB7" w:rsidRPr="00041AB7">
        <w:rPr>
          <w:lang w:val="fr-FR"/>
        </w:rPr>
        <w:t xml:space="preserve">boudins de placages, de plus en plus éloignée du point de </w:t>
      </w:r>
      <w:proofErr w:type="gramStart"/>
      <w:r w:rsidR="00041AB7" w:rsidRPr="00041AB7">
        <w:rPr>
          <w:lang w:val="fr-FR"/>
        </w:rPr>
        <w:t>départ:</w:t>
      </w:r>
      <w:proofErr w:type="gramEnd"/>
      <w:r w:rsidR="00041AB7" w:rsidRPr="00041AB7">
        <w:rPr>
          <w:lang w:val="fr-FR"/>
        </w:rPr>
        <w:t xml:space="preserve"> le 1er à 5m, le 2me à 7 m, Le 3 me à 9</w:t>
      </w:r>
      <w:proofErr w:type="gramStart"/>
      <w:r w:rsidR="00041AB7" w:rsidRPr="00041AB7">
        <w:rPr>
          <w:lang w:val="fr-FR"/>
        </w:rPr>
        <w:t>m;,</w:t>
      </w:r>
      <w:proofErr w:type="gramEnd"/>
      <w:r w:rsidR="00041AB7" w:rsidRPr="00041AB7">
        <w:rPr>
          <w:lang w:val="fr-FR"/>
        </w:rPr>
        <w:t xml:space="preserve"> le 4me à 11m et 5ième à 13m =&gt; course de plus en plus longue pour aller plaquer.</w:t>
      </w:r>
    </w:p>
    <w:p w14:paraId="534FC94E" w14:textId="23DF7FFE" w:rsidR="00041AB7" w:rsidRPr="00041AB7" w:rsidRDefault="00041AB7" w:rsidP="00041AB7">
      <w:pPr>
        <w:spacing w:after="0"/>
        <w:rPr>
          <w:lang w:val="fr-FR"/>
        </w:rPr>
      </w:pPr>
      <w:r w:rsidRPr="00041AB7">
        <w:rPr>
          <w:lang w:val="fr-FR"/>
        </w:rPr>
        <w:t xml:space="preserve">Départ ventre au </w:t>
      </w:r>
      <w:proofErr w:type="gramStart"/>
      <w:r w:rsidRPr="00041AB7">
        <w:rPr>
          <w:lang w:val="fr-FR"/>
        </w:rPr>
        <w:t>sol .</w:t>
      </w:r>
      <w:proofErr w:type="gramEnd"/>
      <w:r w:rsidRPr="00041AB7">
        <w:rPr>
          <w:lang w:val="fr-FR"/>
        </w:rPr>
        <w:t xml:space="preserve"> </w:t>
      </w:r>
      <w:proofErr w:type="gramStart"/>
      <w:r w:rsidRPr="00041AB7">
        <w:rPr>
          <w:lang w:val="fr-FR"/>
        </w:rPr>
        <w:t>Montée  défensive</w:t>
      </w:r>
      <w:proofErr w:type="gramEnd"/>
      <w:r w:rsidRPr="00041AB7">
        <w:rPr>
          <w:lang w:val="fr-FR"/>
        </w:rPr>
        <w:t xml:space="preserve"> sur "go" du 1er d</w:t>
      </w:r>
      <w:r w:rsidR="00E46DAE">
        <w:rPr>
          <w:lang w:val="fr-FR"/>
        </w:rPr>
        <w:t>é</w:t>
      </w:r>
      <w:r w:rsidRPr="00041AB7">
        <w:rPr>
          <w:lang w:val="fr-FR"/>
        </w:rPr>
        <w:t>fenseur, toute la ligne à plat jusqu'à plots à 5m, retour rush sur 2me plot sur ligne de départ (</w:t>
      </w:r>
      <w:proofErr w:type="spellStart"/>
      <w:r w:rsidRPr="00041AB7">
        <w:rPr>
          <w:lang w:val="fr-FR"/>
        </w:rPr>
        <w:t>décallés</w:t>
      </w:r>
      <w:proofErr w:type="spellEnd"/>
      <w:r w:rsidRPr="00041AB7">
        <w:rPr>
          <w:lang w:val="fr-FR"/>
        </w:rPr>
        <w:t xml:space="preserve"> de 3m - face aux boudins</w:t>
      </w:r>
      <w:proofErr w:type="gramStart"/>
      <w:r w:rsidRPr="00041AB7">
        <w:rPr>
          <w:lang w:val="fr-FR"/>
        </w:rPr>
        <w:t>) ,</w:t>
      </w:r>
      <w:proofErr w:type="gramEnd"/>
      <w:r w:rsidRPr="00041AB7">
        <w:rPr>
          <w:lang w:val="fr-FR"/>
        </w:rPr>
        <w:t xml:space="preserve"> puis (re)montée rush (sur 2me Go du 1er défenseur) pour placage sur </w:t>
      </w:r>
      <w:proofErr w:type="gramStart"/>
      <w:r w:rsidRPr="00041AB7">
        <w:rPr>
          <w:lang w:val="fr-FR"/>
        </w:rPr>
        <w:t>boudins ,</w:t>
      </w:r>
      <w:proofErr w:type="gramEnd"/>
      <w:r w:rsidRPr="00041AB7">
        <w:rPr>
          <w:lang w:val="fr-FR"/>
        </w:rPr>
        <w:t xml:space="preserve"> puis retour aux plots </w:t>
      </w:r>
      <w:proofErr w:type="spellStart"/>
      <w:r w:rsidRPr="00041AB7">
        <w:rPr>
          <w:lang w:val="fr-FR"/>
        </w:rPr>
        <w:t>décallé</w:t>
      </w:r>
      <w:proofErr w:type="spellEnd"/>
      <w:r w:rsidRPr="00041AB7">
        <w:rPr>
          <w:lang w:val="fr-FR"/>
        </w:rPr>
        <w:t xml:space="preserve"> sur boudin suivant.</w:t>
      </w:r>
    </w:p>
    <w:p w14:paraId="61386F5C" w14:textId="03F0BDCE" w:rsidR="00041AB7" w:rsidRPr="00041AB7" w:rsidRDefault="00041AB7" w:rsidP="00041AB7">
      <w:pPr>
        <w:spacing w:after="0"/>
        <w:rPr>
          <w:lang w:val="fr-FR"/>
        </w:rPr>
      </w:pPr>
      <w:r w:rsidRPr="00041AB7">
        <w:rPr>
          <w:lang w:val="fr-FR"/>
        </w:rPr>
        <w:t xml:space="preserve">Un joueur </w:t>
      </w:r>
      <w:proofErr w:type="spellStart"/>
      <w:r w:rsidRPr="00041AB7">
        <w:rPr>
          <w:lang w:val="fr-FR"/>
        </w:rPr>
        <w:t>derriere</w:t>
      </w:r>
      <w:proofErr w:type="spellEnd"/>
      <w:r w:rsidRPr="00041AB7">
        <w:rPr>
          <w:lang w:val="fr-FR"/>
        </w:rPr>
        <w:t xml:space="preserve"> chaque le boudin pour replacer le boudin après placage. Après replacement du boudin, le jouer se </w:t>
      </w:r>
      <w:proofErr w:type="spellStart"/>
      <w:r w:rsidRPr="00041AB7">
        <w:rPr>
          <w:lang w:val="fr-FR"/>
        </w:rPr>
        <w:t>décalle</w:t>
      </w:r>
      <w:proofErr w:type="spellEnd"/>
      <w:r w:rsidRPr="00041AB7">
        <w:rPr>
          <w:lang w:val="fr-FR"/>
        </w:rPr>
        <w:t xml:space="preserve"> au boudin suivant</w:t>
      </w:r>
      <w:r w:rsidR="00527E1E">
        <w:rPr>
          <w:lang w:val="fr-FR"/>
        </w:rPr>
        <w:t xml:space="preserve">. </w:t>
      </w:r>
      <w:r w:rsidRPr="00041AB7">
        <w:rPr>
          <w:lang w:val="fr-FR"/>
        </w:rPr>
        <w:t xml:space="preserve">Après le placage sur dernier boudin, pas de </w:t>
      </w:r>
      <w:proofErr w:type="gramStart"/>
      <w:r w:rsidRPr="00041AB7">
        <w:rPr>
          <w:lang w:val="fr-FR"/>
        </w:rPr>
        <w:t>retour:</w:t>
      </w:r>
      <w:proofErr w:type="gramEnd"/>
      <w:r w:rsidRPr="00041AB7">
        <w:rPr>
          <w:lang w:val="fr-FR"/>
        </w:rPr>
        <w:t xml:space="preserve"> prendre la place du joueur qui replace le boudin, qui lui </w:t>
      </w:r>
      <w:proofErr w:type="gramStart"/>
      <w:r w:rsidRPr="00041AB7">
        <w:rPr>
          <w:lang w:val="fr-FR"/>
        </w:rPr>
        <w:t xml:space="preserve">se  </w:t>
      </w:r>
      <w:proofErr w:type="spellStart"/>
      <w:r w:rsidRPr="00041AB7">
        <w:rPr>
          <w:lang w:val="fr-FR"/>
        </w:rPr>
        <w:t>décalle</w:t>
      </w:r>
      <w:proofErr w:type="spellEnd"/>
      <w:proofErr w:type="gramEnd"/>
      <w:r w:rsidRPr="00041AB7">
        <w:rPr>
          <w:lang w:val="fr-FR"/>
        </w:rPr>
        <w:t xml:space="preserve"> d'un cran vers la gauche (rotation sens des </w:t>
      </w:r>
      <w:proofErr w:type="spellStart"/>
      <w:r w:rsidRPr="00041AB7">
        <w:rPr>
          <w:lang w:val="fr-FR"/>
        </w:rPr>
        <w:t>aguilles</w:t>
      </w:r>
      <w:proofErr w:type="spellEnd"/>
      <w:r w:rsidRPr="00041AB7">
        <w:rPr>
          <w:lang w:val="fr-FR"/>
        </w:rPr>
        <w:t>)</w:t>
      </w:r>
    </w:p>
    <w:p w14:paraId="4D150F96" w14:textId="77777777" w:rsidR="00041AB7" w:rsidRPr="00041AB7" w:rsidRDefault="00041AB7" w:rsidP="00041AB7">
      <w:pPr>
        <w:spacing w:after="0"/>
        <w:rPr>
          <w:lang w:val="fr-FR"/>
        </w:rPr>
      </w:pPr>
      <w:proofErr w:type="gramStart"/>
      <w:r w:rsidRPr="00041AB7">
        <w:rPr>
          <w:lang w:val="fr-FR"/>
        </w:rPr>
        <w:t>Instructions:</w:t>
      </w:r>
      <w:proofErr w:type="gramEnd"/>
    </w:p>
    <w:p w14:paraId="3C03CE4D" w14:textId="77777777" w:rsidR="00041AB7" w:rsidRPr="00041AB7" w:rsidRDefault="00041AB7" w:rsidP="00041AB7">
      <w:pPr>
        <w:spacing w:after="0"/>
        <w:rPr>
          <w:lang w:val="fr-FR"/>
        </w:rPr>
      </w:pPr>
      <w:r w:rsidRPr="00041AB7">
        <w:rPr>
          <w:lang w:val="fr-FR"/>
        </w:rPr>
        <w:t xml:space="preserve">- Pointer du doigt et appeler la cible </w:t>
      </w:r>
      <w:proofErr w:type="gramStart"/>
      <w:r w:rsidRPr="00041AB7">
        <w:rPr>
          <w:lang w:val="fr-FR"/>
        </w:rPr>
        <w:t>AVANT  les</w:t>
      </w:r>
      <w:proofErr w:type="gramEnd"/>
      <w:r w:rsidRPr="00041AB7">
        <w:rPr>
          <w:lang w:val="fr-FR"/>
        </w:rPr>
        <w:t xml:space="preserve"> rushs</w:t>
      </w:r>
    </w:p>
    <w:p w14:paraId="790E2D85" w14:textId="77777777" w:rsidR="00041AB7" w:rsidRPr="00041AB7" w:rsidRDefault="00041AB7" w:rsidP="00041AB7">
      <w:pPr>
        <w:spacing w:after="0"/>
        <w:rPr>
          <w:lang w:val="fr-FR"/>
        </w:rPr>
      </w:pPr>
      <w:r w:rsidRPr="00041AB7">
        <w:rPr>
          <w:lang w:val="fr-FR"/>
        </w:rPr>
        <w:t xml:space="preserve">- Go uniquement quand la ligne est </w:t>
      </w:r>
      <w:proofErr w:type="spellStart"/>
      <w:r w:rsidRPr="00041AB7">
        <w:rPr>
          <w:lang w:val="fr-FR"/>
        </w:rPr>
        <w:t>prete</w:t>
      </w:r>
      <w:proofErr w:type="spellEnd"/>
      <w:r w:rsidRPr="00041AB7">
        <w:rPr>
          <w:lang w:val="fr-FR"/>
        </w:rPr>
        <w:t xml:space="preserve"> (lé 1re de ligne doit vérifier).</w:t>
      </w:r>
    </w:p>
    <w:p w14:paraId="2FF54772" w14:textId="77777777" w:rsidR="00041AB7" w:rsidRPr="00041AB7" w:rsidRDefault="00041AB7" w:rsidP="00041AB7">
      <w:pPr>
        <w:spacing w:after="0"/>
        <w:rPr>
          <w:lang w:val="fr-FR"/>
        </w:rPr>
      </w:pPr>
      <w:r w:rsidRPr="00041AB7">
        <w:rPr>
          <w:lang w:val="fr-FR"/>
        </w:rPr>
        <w:t>- Toucher le sol avec la main avant de plaquer.</w:t>
      </w:r>
    </w:p>
    <w:p w14:paraId="6FC2AB44" w14:textId="77777777" w:rsidR="00041AB7" w:rsidRPr="00041AB7" w:rsidRDefault="00041AB7" w:rsidP="00041AB7">
      <w:pPr>
        <w:spacing w:after="0"/>
        <w:rPr>
          <w:lang w:val="fr-FR"/>
        </w:rPr>
      </w:pPr>
      <w:r w:rsidRPr="00041AB7">
        <w:rPr>
          <w:lang w:val="fr-FR"/>
        </w:rPr>
        <w:t>- Au placage, impact ("décollage") et soulever le boudin avec les bras. Après placage, continuer la poussée sur jambes, puis replacement sur ligne de départ.</w:t>
      </w:r>
    </w:p>
    <w:p w14:paraId="0FA84829" w14:textId="77777777" w:rsidR="004F354E" w:rsidRPr="00596676" w:rsidRDefault="004F354E" w:rsidP="004F354E">
      <w:pPr>
        <w:spacing w:after="0"/>
        <w:rPr>
          <w:b/>
          <w:bCs/>
          <w:lang w:val="fr-FR"/>
        </w:rPr>
      </w:pPr>
      <w:r w:rsidRPr="00596676">
        <w:rPr>
          <w:b/>
          <w:bCs/>
          <w:lang w:val="fr-FR"/>
        </w:rPr>
        <w:lastRenderedPageBreak/>
        <w:t xml:space="preserve">20 </w:t>
      </w:r>
      <w:proofErr w:type="gramStart"/>
      <w:r w:rsidRPr="00596676">
        <w:rPr>
          <w:b/>
          <w:bCs/>
          <w:lang w:val="fr-FR"/>
        </w:rPr>
        <w:t>min:</w:t>
      </w:r>
      <w:proofErr w:type="gramEnd"/>
      <w:r w:rsidRPr="00596676">
        <w:rPr>
          <w:b/>
          <w:bCs/>
          <w:lang w:val="fr-FR"/>
        </w:rPr>
        <w:t xml:space="preserve"> Séparé</w:t>
      </w:r>
    </w:p>
    <w:p w14:paraId="622EB3BF" w14:textId="77777777" w:rsidR="00E12D3A" w:rsidRPr="00041AB7" w:rsidRDefault="00E12D3A" w:rsidP="00E12D3A">
      <w:pPr>
        <w:spacing w:after="0"/>
        <w:rPr>
          <w:lang w:val="fr-FR"/>
        </w:rPr>
      </w:pPr>
      <w:r w:rsidRPr="00F45D37">
        <w:rPr>
          <w:b/>
          <w:bCs/>
          <w:lang w:val="fr-FR"/>
        </w:rPr>
        <w:t xml:space="preserve">- </w:t>
      </w:r>
      <w:proofErr w:type="gramStart"/>
      <w:r w:rsidRPr="00F45D37">
        <w:rPr>
          <w:b/>
          <w:bCs/>
          <w:lang w:val="fr-FR"/>
        </w:rPr>
        <w:t>Avants:</w:t>
      </w:r>
      <w:proofErr w:type="gramEnd"/>
      <w:r w:rsidRPr="00041AB7">
        <w:rPr>
          <w:lang w:val="fr-FR"/>
        </w:rPr>
        <w:t xml:space="preserve"> coordination Touche-</w:t>
      </w:r>
      <w:proofErr w:type="spellStart"/>
      <w:r w:rsidRPr="00041AB7">
        <w:rPr>
          <w:lang w:val="fr-FR"/>
        </w:rPr>
        <w:t>mélée</w:t>
      </w:r>
      <w:proofErr w:type="spellEnd"/>
      <w:r w:rsidRPr="00041AB7">
        <w:rPr>
          <w:lang w:val="fr-FR"/>
        </w:rPr>
        <w:t xml:space="preserve"> sous pression défensive.</w:t>
      </w:r>
    </w:p>
    <w:p w14:paraId="34B29C1A" w14:textId="77777777" w:rsidR="00E12D3A" w:rsidRPr="00041AB7" w:rsidRDefault="00E12D3A" w:rsidP="00E12D3A">
      <w:pPr>
        <w:spacing w:after="0"/>
        <w:rPr>
          <w:lang w:val="fr-FR"/>
        </w:rPr>
      </w:pPr>
      <w:r w:rsidRPr="00041AB7">
        <w:rPr>
          <w:lang w:val="fr-FR"/>
        </w:rPr>
        <w:t xml:space="preserve">         - Coordination </w:t>
      </w:r>
      <w:proofErr w:type="gramStart"/>
      <w:r w:rsidRPr="00041AB7">
        <w:rPr>
          <w:lang w:val="fr-FR"/>
        </w:rPr>
        <w:t>touche:</w:t>
      </w:r>
      <w:proofErr w:type="gramEnd"/>
      <w:r w:rsidRPr="00041AB7">
        <w:rPr>
          <w:lang w:val="fr-FR"/>
        </w:rPr>
        <w:t xml:space="preserve"> </w:t>
      </w:r>
      <w:proofErr w:type="spellStart"/>
      <w:r w:rsidRPr="00041AB7">
        <w:rPr>
          <w:lang w:val="fr-FR"/>
        </w:rPr>
        <w:t>echainement</w:t>
      </w:r>
      <w:proofErr w:type="spellEnd"/>
      <w:r w:rsidRPr="00041AB7">
        <w:rPr>
          <w:lang w:val="fr-FR"/>
        </w:rPr>
        <w:t xml:space="preserve"> maul à la redescente du sauteur. Travailler avec des défenseurs qui cherchent à s'infiltrer.</w:t>
      </w:r>
    </w:p>
    <w:p w14:paraId="431B52A2" w14:textId="77777777" w:rsidR="00E12D3A" w:rsidRPr="00041AB7" w:rsidRDefault="00E12D3A" w:rsidP="00E12D3A">
      <w:pPr>
        <w:spacing w:after="0"/>
        <w:rPr>
          <w:lang w:val="fr-FR"/>
        </w:rPr>
      </w:pPr>
      <w:r w:rsidRPr="00041AB7">
        <w:rPr>
          <w:lang w:val="fr-FR"/>
        </w:rPr>
        <w:t xml:space="preserve">          - Coordination </w:t>
      </w:r>
      <w:proofErr w:type="spellStart"/>
      <w:proofErr w:type="gramStart"/>
      <w:r w:rsidRPr="00041AB7">
        <w:rPr>
          <w:lang w:val="fr-FR"/>
        </w:rPr>
        <w:t>melée</w:t>
      </w:r>
      <w:proofErr w:type="spellEnd"/>
      <w:r w:rsidRPr="00041AB7">
        <w:rPr>
          <w:lang w:val="fr-FR"/>
        </w:rPr>
        <w:t>:</w:t>
      </w:r>
      <w:proofErr w:type="gramEnd"/>
      <w:r w:rsidRPr="00041AB7">
        <w:rPr>
          <w:lang w:val="fr-FR"/>
        </w:rPr>
        <w:t xml:space="preserve"> introduction </w:t>
      </w:r>
      <w:proofErr w:type="gramStart"/>
      <w:r w:rsidRPr="00041AB7">
        <w:rPr>
          <w:lang w:val="fr-FR"/>
        </w:rPr>
        <w:t>rapide ,</w:t>
      </w:r>
      <w:proofErr w:type="gramEnd"/>
      <w:r w:rsidRPr="00041AB7">
        <w:rPr>
          <w:lang w:val="fr-FR"/>
        </w:rPr>
        <w:t xml:space="preserve"> juste après "set", pour </w:t>
      </w:r>
      <w:proofErr w:type="spellStart"/>
      <w:r w:rsidRPr="00041AB7">
        <w:rPr>
          <w:lang w:val="fr-FR"/>
        </w:rPr>
        <w:t>talonage</w:t>
      </w:r>
      <w:proofErr w:type="spellEnd"/>
      <w:r w:rsidRPr="00041AB7">
        <w:rPr>
          <w:lang w:val="fr-FR"/>
        </w:rPr>
        <w:t xml:space="preserve"> rapide. Travailler avec mise sous pression </w:t>
      </w:r>
      <w:proofErr w:type="spellStart"/>
      <w:r w:rsidRPr="00041AB7">
        <w:rPr>
          <w:lang w:val="fr-FR"/>
        </w:rPr>
        <w:t>mellée</w:t>
      </w:r>
      <w:proofErr w:type="spellEnd"/>
      <w:r w:rsidRPr="00041AB7">
        <w:rPr>
          <w:lang w:val="fr-FR"/>
        </w:rPr>
        <w:t xml:space="preserve"> adverse au "set". Trouver ses appuis. Faire circuler </w:t>
      </w:r>
      <w:proofErr w:type="gramStart"/>
      <w:r w:rsidRPr="00041AB7">
        <w:rPr>
          <w:lang w:val="fr-FR"/>
        </w:rPr>
        <w:t>la ballon</w:t>
      </w:r>
      <w:proofErr w:type="gramEnd"/>
      <w:r w:rsidRPr="00041AB7">
        <w:rPr>
          <w:lang w:val="fr-FR"/>
        </w:rPr>
        <w:t xml:space="preserve"> au 8</w:t>
      </w:r>
    </w:p>
    <w:p w14:paraId="0A3DEBBE" w14:textId="77777777" w:rsidR="00E12D3A" w:rsidRPr="00041AB7" w:rsidRDefault="00E12D3A" w:rsidP="00E12D3A">
      <w:pPr>
        <w:spacing w:after="0"/>
        <w:rPr>
          <w:lang w:val="fr-FR"/>
        </w:rPr>
      </w:pPr>
    </w:p>
    <w:p w14:paraId="0489982A" w14:textId="77777777" w:rsidR="00E12D3A" w:rsidRPr="00041AB7" w:rsidRDefault="00E12D3A" w:rsidP="00E12D3A">
      <w:pPr>
        <w:spacing w:after="0"/>
        <w:rPr>
          <w:lang w:val="fr-FR"/>
        </w:rPr>
      </w:pPr>
      <w:r w:rsidRPr="00F45D37">
        <w:rPr>
          <w:b/>
          <w:bCs/>
          <w:lang w:val="fr-FR"/>
        </w:rPr>
        <w:t>- 3/</w:t>
      </w:r>
      <w:proofErr w:type="gramStart"/>
      <w:r w:rsidRPr="00F45D37">
        <w:rPr>
          <w:b/>
          <w:bCs/>
          <w:lang w:val="fr-FR"/>
        </w:rPr>
        <w:t>4:</w:t>
      </w:r>
      <w:proofErr w:type="gramEnd"/>
      <w:r w:rsidRPr="00041AB7">
        <w:rPr>
          <w:lang w:val="fr-FR"/>
        </w:rPr>
        <w:t xml:space="preserve"> </w:t>
      </w:r>
      <w:proofErr w:type="gramStart"/>
      <w:r w:rsidRPr="00041AB7">
        <w:rPr>
          <w:lang w:val="fr-FR"/>
        </w:rPr>
        <w:t>Objectif:</w:t>
      </w:r>
      <w:proofErr w:type="gramEnd"/>
      <w:r w:rsidRPr="00041AB7">
        <w:rPr>
          <w:lang w:val="fr-FR"/>
        </w:rPr>
        <w:t xml:space="preserve"> Jouer dans les espaces</w:t>
      </w:r>
    </w:p>
    <w:p w14:paraId="2D9F4951" w14:textId="77777777" w:rsidR="00E12D3A" w:rsidRPr="00041AB7" w:rsidRDefault="00E12D3A" w:rsidP="00E12D3A">
      <w:pPr>
        <w:spacing w:after="0"/>
        <w:rPr>
          <w:lang w:val="fr-FR"/>
        </w:rPr>
      </w:pPr>
      <w:r w:rsidRPr="00041AB7">
        <w:rPr>
          <w:lang w:val="fr-FR"/>
        </w:rPr>
        <w:t xml:space="preserve">Ligne de 3 attaquants placés en attaque (profondeur) chacun dans un couloir de ~5 m de large. Une ligne de 2 défenseurs </w:t>
      </w:r>
      <w:proofErr w:type="gramStart"/>
      <w:r w:rsidRPr="00041AB7">
        <w:rPr>
          <w:lang w:val="fr-FR"/>
        </w:rPr>
        <w:t>positionnés  à</w:t>
      </w:r>
      <w:proofErr w:type="gramEnd"/>
      <w:r w:rsidRPr="00041AB7">
        <w:rPr>
          <w:lang w:val="fr-FR"/>
        </w:rPr>
        <w:t xml:space="preserve"> ~5-7m, positionné "en attente" entre couloir 1-2 et 2-3</w:t>
      </w:r>
    </w:p>
    <w:p w14:paraId="52CC7BE5" w14:textId="77777777" w:rsidR="00E12D3A" w:rsidRPr="00041AB7" w:rsidRDefault="00E12D3A" w:rsidP="00E12D3A">
      <w:pPr>
        <w:spacing w:after="0"/>
        <w:rPr>
          <w:lang w:val="fr-FR"/>
        </w:rPr>
      </w:pPr>
      <w:r w:rsidRPr="00041AB7">
        <w:rPr>
          <w:lang w:val="fr-FR"/>
        </w:rPr>
        <w:t xml:space="preserve">Au </w:t>
      </w:r>
      <w:proofErr w:type="spellStart"/>
      <w:r w:rsidRPr="00041AB7">
        <w:rPr>
          <w:lang w:val="fr-FR"/>
        </w:rPr>
        <w:t>lacement</w:t>
      </w:r>
      <w:proofErr w:type="spellEnd"/>
      <w:r w:rsidRPr="00041AB7">
        <w:rPr>
          <w:lang w:val="fr-FR"/>
        </w:rPr>
        <w:t xml:space="preserve"> du jeu (</w:t>
      </w:r>
      <w:proofErr w:type="spellStart"/>
      <w:r w:rsidRPr="00041AB7">
        <w:rPr>
          <w:lang w:val="fr-FR"/>
        </w:rPr>
        <w:t>ie</w:t>
      </w:r>
      <w:proofErr w:type="spellEnd"/>
      <w:r w:rsidRPr="00041AB7">
        <w:rPr>
          <w:lang w:val="fr-FR"/>
        </w:rPr>
        <w:t xml:space="preserve"> la passe faite au 1er des 3 attaquants), les 2 défenseurs </w:t>
      </w:r>
      <w:proofErr w:type="gramStart"/>
      <w:r w:rsidRPr="00041AB7">
        <w:rPr>
          <w:lang w:val="fr-FR"/>
        </w:rPr>
        <w:t>choisissent  un</w:t>
      </w:r>
      <w:proofErr w:type="gramEnd"/>
      <w:r w:rsidRPr="00041AB7">
        <w:rPr>
          <w:lang w:val="fr-FR"/>
        </w:rPr>
        <w:t xml:space="preserve"> couloir et reste dedans.</w:t>
      </w:r>
    </w:p>
    <w:p w14:paraId="09B9E75F" w14:textId="77777777" w:rsidR="00E12D3A" w:rsidRPr="00041AB7" w:rsidRDefault="00E12D3A" w:rsidP="00E12D3A">
      <w:pPr>
        <w:spacing w:after="0"/>
        <w:rPr>
          <w:lang w:val="fr-FR"/>
        </w:rPr>
      </w:pPr>
      <w:r w:rsidRPr="00041AB7">
        <w:rPr>
          <w:lang w:val="fr-FR"/>
        </w:rPr>
        <w:t xml:space="preserve">Objectif. </w:t>
      </w:r>
      <w:proofErr w:type="gramStart"/>
      <w:r w:rsidRPr="00041AB7">
        <w:rPr>
          <w:lang w:val="fr-FR"/>
        </w:rPr>
        <w:t>lire</w:t>
      </w:r>
      <w:proofErr w:type="gramEnd"/>
      <w:r w:rsidRPr="00041AB7">
        <w:rPr>
          <w:lang w:val="fr-FR"/>
        </w:rPr>
        <w:t xml:space="preserve"> la défense et jouer dans le couloir non occupé par un </w:t>
      </w:r>
      <w:proofErr w:type="spellStart"/>
      <w:r w:rsidRPr="00041AB7">
        <w:rPr>
          <w:lang w:val="fr-FR"/>
        </w:rPr>
        <w:t>defenseur</w:t>
      </w:r>
      <w:proofErr w:type="spellEnd"/>
      <w:r w:rsidRPr="00041AB7">
        <w:rPr>
          <w:lang w:val="fr-FR"/>
        </w:rPr>
        <w:t>. Les attaquants peuvent passer ou garder (pas de sautée, ni croisée).</w:t>
      </w:r>
    </w:p>
    <w:p w14:paraId="3BEDDF8F" w14:textId="77777777" w:rsidR="00E12D3A" w:rsidRPr="00041AB7" w:rsidRDefault="00E12D3A" w:rsidP="00E12D3A">
      <w:pPr>
        <w:spacing w:after="0"/>
        <w:rPr>
          <w:lang w:val="fr-FR"/>
        </w:rPr>
      </w:pPr>
      <w:proofErr w:type="gramStart"/>
      <w:r w:rsidRPr="00041AB7">
        <w:rPr>
          <w:lang w:val="fr-FR"/>
        </w:rPr>
        <w:t>Instructions:</w:t>
      </w:r>
      <w:proofErr w:type="gramEnd"/>
      <w:r w:rsidRPr="00041AB7">
        <w:rPr>
          <w:lang w:val="fr-FR"/>
        </w:rPr>
        <w:t xml:space="preserve"> profondeur, mains </w:t>
      </w:r>
      <w:proofErr w:type="spellStart"/>
      <w:r w:rsidRPr="00041AB7">
        <w:rPr>
          <w:lang w:val="fr-FR"/>
        </w:rPr>
        <w:t>pretes</w:t>
      </w:r>
      <w:proofErr w:type="spellEnd"/>
      <w:r w:rsidRPr="00041AB7">
        <w:rPr>
          <w:lang w:val="fr-FR"/>
        </w:rPr>
        <w:t xml:space="preserve">, appeler, redresser les courses, lire la </w:t>
      </w:r>
      <w:proofErr w:type="spellStart"/>
      <w:r w:rsidRPr="00041AB7">
        <w:rPr>
          <w:lang w:val="fr-FR"/>
        </w:rPr>
        <w:t>defense</w:t>
      </w:r>
      <w:proofErr w:type="spellEnd"/>
      <w:r w:rsidRPr="00041AB7">
        <w:rPr>
          <w:lang w:val="fr-FR"/>
        </w:rPr>
        <w:t>.</w:t>
      </w:r>
    </w:p>
    <w:p w14:paraId="2FA645B2" w14:textId="77777777" w:rsidR="00E12D3A" w:rsidRPr="00041AB7" w:rsidRDefault="00E12D3A" w:rsidP="00E12D3A">
      <w:pPr>
        <w:spacing w:after="0"/>
        <w:rPr>
          <w:lang w:val="fr-FR"/>
        </w:rPr>
      </w:pPr>
    </w:p>
    <w:p w14:paraId="18CC81DA" w14:textId="77777777" w:rsidR="00E12D3A" w:rsidRPr="00041AB7" w:rsidRDefault="00E12D3A" w:rsidP="00E12D3A">
      <w:pPr>
        <w:spacing w:after="0"/>
        <w:rPr>
          <w:lang w:val="fr-FR"/>
        </w:rPr>
      </w:pPr>
      <w:r w:rsidRPr="00041AB7">
        <w:rPr>
          <w:lang w:val="fr-FR"/>
        </w:rPr>
        <w:t xml:space="preserve">         Niveau </w:t>
      </w:r>
      <w:proofErr w:type="gramStart"/>
      <w:r w:rsidRPr="00041AB7">
        <w:rPr>
          <w:lang w:val="fr-FR"/>
        </w:rPr>
        <w:t>2:</w:t>
      </w:r>
      <w:proofErr w:type="gramEnd"/>
      <w:r w:rsidRPr="00041AB7">
        <w:rPr>
          <w:lang w:val="fr-FR"/>
        </w:rPr>
        <w:t xml:space="preserve"> 2 lignes de défense située 10 m </w:t>
      </w:r>
      <w:proofErr w:type="spellStart"/>
      <w:r w:rsidRPr="00041AB7">
        <w:rPr>
          <w:lang w:val="fr-FR"/>
        </w:rPr>
        <w:t>derriere</w:t>
      </w:r>
      <w:proofErr w:type="spellEnd"/>
      <w:r w:rsidRPr="00041AB7">
        <w:rPr>
          <w:lang w:val="fr-FR"/>
        </w:rPr>
        <w:t xml:space="preserve">, avec un </w:t>
      </w:r>
      <w:proofErr w:type="spellStart"/>
      <w:r w:rsidRPr="00041AB7">
        <w:rPr>
          <w:lang w:val="fr-FR"/>
        </w:rPr>
        <w:t>defenseur</w:t>
      </w:r>
      <w:proofErr w:type="spellEnd"/>
      <w:r w:rsidRPr="00041AB7">
        <w:rPr>
          <w:lang w:val="fr-FR"/>
        </w:rPr>
        <w:t xml:space="preserve">, (qui doit choisir un couloir </w:t>
      </w:r>
      <w:proofErr w:type="spellStart"/>
      <w:r w:rsidRPr="00041AB7">
        <w:rPr>
          <w:lang w:val="fr-FR"/>
        </w:rPr>
        <w:t>apres</w:t>
      </w:r>
      <w:proofErr w:type="spellEnd"/>
      <w:r w:rsidRPr="00041AB7">
        <w:rPr>
          <w:lang w:val="fr-FR"/>
        </w:rPr>
        <w:t xml:space="preserve"> le passage de la </w:t>
      </w:r>
      <w:proofErr w:type="spellStart"/>
      <w:r w:rsidRPr="00041AB7">
        <w:rPr>
          <w:lang w:val="fr-FR"/>
        </w:rPr>
        <w:t>premiere</w:t>
      </w:r>
      <w:proofErr w:type="spellEnd"/>
      <w:r w:rsidRPr="00041AB7">
        <w:rPr>
          <w:lang w:val="fr-FR"/>
        </w:rPr>
        <w:t xml:space="preserve"> ligne) =&gt; réorganisation pour jouer dans la défense</w:t>
      </w:r>
    </w:p>
    <w:p w14:paraId="789E46E8" w14:textId="77777777" w:rsidR="00E12D3A" w:rsidRPr="00041AB7" w:rsidRDefault="00E12D3A" w:rsidP="00E12D3A">
      <w:pPr>
        <w:spacing w:after="0"/>
        <w:rPr>
          <w:lang w:val="fr-FR"/>
        </w:rPr>
      </w:pPr>
      <w:r w:rsidRPr="00041AB7">
        <w:rPr>
          <w:lang w:val="fr-FR"/>
        </w:rPr>
        <w:t xml:space="preserve">         Niveau </w:t>
      </w:r>
      <w:proofErr w:type="gramStart"/>
      <w:r w:rsidRPr="00041AB7">
        <w:rPr>
          <w:lang w:val="fr-FR"/>
        </w:rPr>
        <w:t>3:</w:t>
      </w:r>
      <w:proofErr w:type="gramEnd"/>
      <w:r w:rsidRPr="00041AB7">
        <w:rPr>
          <w:lang w:val="fr-FR"/>
        </w:rPr>
        <w:t xml:space="preserve"> 2 lignes de défense </w:t>
      </w:r>
      <w:proofErr w:type="gramStart"/>
      <w:r w:rsidRPr="00041AB7">
        <w:rPr>
          <w:lang w:val="fr-FR"/>
        </w:rPr>
        <w:t>MAIS  avec</w:t>
      </w:r>
      <w:proofErr w:type="gramEnd"/>
      <w:r w:rsidRPr="00041AB7">
        <w:rPr>
          <w:lang w:val="fr-FR"/>
        </w:rPr>
        <w:t xml:space="preserve"> 2 </w:t>
      </w:r>
      <w:proofErr w:type="spellStart"/>
      <w:proofErr w:type="gramStart"/>
      <w:r w:rsidRPr="00041AB7">
        <w:rPr>
          <w:lang w:val="fr-FR"/>
        </w:rPr>
        <w:t>defenseurs</w:t>
      </w:r>
      <w:proofErr w:type="spellEnd"/>
      <w:r w:rsidRPr="00041AB7">
        <w:rPr>
          <w:lang w:val="fr-FR"/>
        </w:rPr>
        <w:t xml:space="preserve"> ,</w:t>
      </w:r>
      <w:proofErr w:type="gramEnd"/>
      <w:r w:rsidRPr="00041AB7">
        <w:rPr>
          <w:lang w:val="fr-FR"/>
        </w:rPr>
        <w:t xml:space="preserve"> qui doivent choisir un couloir après le passage de la </w:t>
      </w:r>
      <w:proofErr w:type="spellStart"/>
      <w:r w:rsidRPr="00041AB7">
        <w:rPr>
          <w:lang w:val="fr-FR"/>
        </w:rPr>
        <w:t>premiere</w:t>
      </w:r>
      <w:proofErr w:type="spellEnd"/>
      <w:r w:rsidRPr="00041AB7">
        <w:rPr>
          <w:lang w:val="fr-FR"/>
        </w:rPr>
        <w:t xml:space="preserve"> ligne) </w:t>
      </w:r>
    </w:p>
    <w:p w14:paraId="6B1333C1" w14:textId="77777777" w:rsidR="00E12D3A" w:rsidRPr="00041AB7" w:rsidRDefault="00E12D3A" w:rsidP="00E12D3A">
      <w:pPr>
        <w:spacing w:after="0"/>
        <w:rPr>
          <w:lang w:val="fr-FR"/>
        </w:rPr>
      </w:pPr>
      <w:r w:rsidRPr="00041AB7">
        <w:rPr>
          <w:lang w:val="fr-FR"/>
        </w:rPr>
        <w:t xml:space="preserve">         Niveau </w:t>
      </w:r>
      <w:proofErr w:type="gramStart"/>
      <w:r w:rsidRPr="00041AB7">
        <w:rPr>
          <w:lang w:val="fr-FR"/>
        </w:rPr>
        <w:t>4:</w:t>
      </w:r>
      <w:proofErr w:type="gramEnd"/>
      <w:r w:rsidRPr="00041AB7">
        <w:rPr>
          <w:lang w:val="fr-FR"/>
        </w:rPr>
        <w:t>  4 contre 3. Le 4me attaquant est dans un couloir à l'</w:t>
      </w:r>
      <w:proofErr w:type="spellStart"/>
      <w:r w:rsidRPr="00041AB7">
        <w:rPr>
          <w:lang w:val="fr-FR"/>
        </w:rPr>
        <w:t>interieur</w:t>
      </w:r>
      <w:proofErr w:type="spellEnd"/>
      <w:r w:rsidRPr="00041AB7">
        <w:rPr>
          <w:lang w:val="fr-FR"/>
        </w:rPr>
        <w:t xml:space="preserve"> du 1er attaquant (comme un ailier rentrant)</w:t>
      </w:r>
    </w:p>
    <w:p w14:paraId="5AB56E85" w14:textId="77777777" w:rsidR="00E12D3A" w:rsidRPr="00041AB7" w:rsidRDefault="00E12D3A" w:rsidP="00E12D3A">
      <w:pPr>
        <w:spacing w:after="0"/>
        <w:rPr>
          <w:lang w:val="fr-FR"/>
        </w:rPr>
      </w:pPr>
    </w:p>
    <w:p w14:paraId="7D5DC472" w14:textId="77777777" w:rsidR="00E12D3A" w:rsidRPr="00041AB7" w:rsidRDefault="00E12D3A" w:rsidP="00E12D3A">
      <w:pPr>
        <w:spacing w:after="0"/>
        <w:rPr>
          <w:lang w:val="fr-FR"/>
        </w:rPr>
      </w:pPr>
      <w:r w:rsidRPr="00041AB7">
        <w:rPr>
          <w:lang w:val="fr-FR"/>
        </w:rPr>
        <w:t xml:space="preserve">     Si trop facile, réduire </w:t>
      </w:r>
      <w:proofErr w:type="gramStart"/>
      <w:r w:rsidRPr="00041AB7">
        <w:rPr>
          <w:lang w:val="fr-FR"/>
        </w:rPr>
        <w:t>les distance</w:t>
      </w:r>
      <w:proofErr w:type="gramEnd"/>
      <w:r w:rsidRPr="00041AB7">
        <w:rPr>
          <w:lang w:val="fr-FR"/>
        </w:rPr>
        <w:t xml:space="preserve"> entre attaque et défense pour obliger à une </w:t>
      </w:r>
      <w:proofErr w:type="spellStart"/>
      <w:r w:rsidRPr="00041AB7">
        <w:rPr>
          <w:lang w:val="fr-FR"/>
        </w:rPr>
        <w:t>decision</w:t>
      </w:r>
      <w:proofErr w:type="spellEnd"/>
      <w:r w:rsidRPr="00041AB7">
        <w:rPr>
          <w:lang w:val="fr-FR"/>
        </w:rPr>
        <w:t xml:space="preserve"> plus rapide        </w:t>
      </w:r>
    </w:p>
    <w:p w14:paraId="0B85E02E" w14:textId="77777777" w:rsidR="004F354E" w:rsidRPr="004F354E" w:rsidRDefault="004F354E" w:rsidP="004F354E">
      <w:pPr>
        <w:spacing w:after="0"/>
        <w:rPr>
          <w:lang w:val="fr-FR"/>
        </w:rPr>
      </w:pPr>
    </w:p>
    <w:p w14:paraId="29F5EC33" w14:textId="64CBADAE" w:rsidR="004F354E" w:rsidRPr="00596676" w:rsidRDefault="00596676" w:rsidP="004F354E">
      <w:pPr>
        <w:spacing w:after="0"/>
        <w:rPr>
          <w:b/>
          <w:bCs/>
          <w:lang w:val="fr-FR"/>
        </w:rPr>
      </w:pPr>
      <w:r w:rsidRPr="00596676">
        <w:rPr>
          <w:b/>
          <w:bCs/>
          <w:lang w:val="fr-FR"/>
        </w:rPr>
        <w:t>4</w:t>
      </w:r>
      <w:r w:rsidR="004F354E" w:rsidRPr="00596676">
        <w:rPr>
          <w:b/>
          <w:bCs/>
          <w:lang w:val="fr-FR"/>
        </w:rPr>
        <w:t xml:space="preserve">0 </w:t>
      </w:r>
      <w:proofErr w:type="gramStart"/>
      <w:r w:rsidR="004F354E" w:rsidRPr="00596676">
        <w:rPr>
          <w:b/>
          <w:bCs/>
          <w:lang w:val="fr-FR"/>
        </w:rPr>
        <w:t>min:</w:t>
      </w:r>
      <w:proofErr w:type="gramEnd"/>
      <w:r w:rsidR="004F354E" w:rsidRPr="00596676">
        <w:rPr>
          <w:b/>
          <w:bCs/>
          <w:lang w:val="fr-FR"/>
        </w:rPr>
        <w:t xml:space="preserve"> Mise en place</w:t>
      </w:r>
    </w:p>
    <w:p w14:paraId="16BF285D" w14:textId="4E7A103A" w:rsidR="00E12D3A" w:rsidRPr="00E12D3A" w:rsidRDefault="00E12D3A" w:rsidP="00E12D3A">
      <w:pPr>
        <w:pStyle w:val="ListParagraph"/>
        <w:numPr>
          <w:ilvl w:val="0"/>
          <w:numId w:val="21"/>
        </w:numPr>
        <w:spacing w:after="0"/>
        <w:rPr>
          <w:lang w:val="fr-FR"/>
        </w:rPr>
      </w:pPr>
      <w:r w:rsidRPr="00E12D3A">
        <w:rPr>
          <w:lang w:val="fr-FR"/>
        </w:rPr>
        <w:t xml:space="preserve">10 </w:t>
      </w:r>
      <w:proofErr w:type="gramStart"/>
      <w:r w:rsidRPr="00E12D3A">
        <w:rPr>
          <w:lang w:val="fr-FR"/>
        </w:rPr>
        <w:t>min:</w:t>
      </w:r>
      <w:proofErr w:type="gramEnd"/>
      <w:r w:rsidRPr="00E12D3A">
        <w:rPr>
          <w:lang w:val="fr-FR"/>
        </w:rPr>
        <w:t xml:space="preserve"> combinaison sortie de </w:t>
      </w:r>
      <w:proofErr w:type="spellStart"/>
      <w:r w:rsidRPr="00E12D3A">
        <w:rPr>
          <w:lang w:val="fr-FR"/>
        </w:rPr>
        <w:t>mélée</w:t>
      </w:r>
      <w:proofErr w:type="spellEnd"/>
      <w:r w:rsidRPr="00E12D3A">
        <w:rPr>
          <w:lang w:val="fr-FR"/>
        </w:rPr>
        <w:t xml:space="preserve"> (double croisée 9-ailier, ailier-3L), puis enchainement de jeu - </w:t>
      </w:r>
      <w:proofErr w:type="spellStart"/>
      <w:r w:rsidRPr="00E12D3A">
        <w:rPr>
          <w:lang w:val="fr-FR"/>
        </w:rPr>
        <w:t>Defense</w:t>
      </w:r>
      <w:proofErr w:type="spellEnd"/>
      <w:r w:rsidRPr="00E12D3A">
        <w:rPr>
          <w:lang w:val="fr-FR"/>
        </w:rPr>
        <w:t xml:space="preserve"> avec bouclier. </w:t>
      </w:r>
    </w:p>
    <w:p w14:paraId="3E310763" w14:textId="77777777" w:rsidR="00E12D3A" w:rsidRDefault="00E12D3A" w:rsidP="00E12D3A">
      <w:pPr>
        <w:pStyle w:val="ListParagraph"/>
        <w:numPr>
          <w:ilvl w:val="0"/>
          <w:numId w:val="21"/>
        </w:numPr>
        <w:spacing w:after="0"/>
        <w:rPr>
          <w:lang w:val="fr-FR"/>
        </w:rPr>
      </w:pPr>
      <w:r>
        <w:rPr>
          <w:lang w:val="fr-FR"/>
        </w:rPr>
        <w:t>15</w:t>
      </w:r>
      <w:r w:rsidRPr="00E12D3A">
        <w:rPr>
          <w:lang w:val="fr-FR"/>
        </w:rPr>
        <w:t xml:space="preserve"> min Mise en place du </w:t>
      </w:r>
      <w:proofErr w:type="gramStart"/>
      <w:r w:rsidRPr="00E12D3A">
        <w:rPr>
          <w:lang w:val="fr-FR"/>
        </w:rPr>
        <w:t>jeu ,</w:t>
      </w:r>
      <w:proofErr w:type="gramEnd"/>
      <w:r w:rsidRPr="00E12D3A">
        <w:rPr>
          <w:lang w:val="fr-FR"/>
        </w:rPr>
        <w:t xml:space="preserve"> départ sur </w:t>
      </w:r>
      <w:proofErr w:type="spellStart"/>
      <w:r w:rsidRPr="00E12D3A">
        <w:rPr>
          <w:lang w:val="fr-FR"/>
        </w:rPr>
        <w:t>mélées</w:t>
      </w:r>
      <w:proofErr w:type="spellEnd"/>
      <w:r w:rsidRPr="00E12D3A">
        <w:rPr>
          <w:lang w:val="fr-FR"/>
        </w:rPr>
        <w:t xml:space="preserve">, touches, renvois 22 - </w:t>
      </w:r>
      <w:proofErr w:type="spellStart"/>
      <w:r w:rsidRPr="00E12D3A">
        <w:rPr>
          <w:lang w:val="fr-FR"/>
        </w:rPr>
        <w:t>defense</w:t>
      </w:r>
      <w:proofErr w:type="spellEnd"/>
      <w:r w:rsidRPr="00E12D3A">
        <w:rPr>
          <w:lang w:val="fr-FR"/>
        </w:rPr>
        <w:t xml:space="preserve"> avec bouclier.</w:t>
      </w:r>
    </w:p>
    <w:p w14:paraId="3E509708" w14:textId="6F237449" w:rsidR="00E12D3A" w:rsidRPr="00E12D3A" w:rsidRDefault="00E12D3A" w:rsidP="00E12D3A">
      <w:pPr>
        <w:pStyle w:val="ListParagraph"/>
        <w:numPr>
          <w:ilvl w:val="0"/>
          <w:numId w:val="21"/>
        </w:numPr>
        <w:spacing w:after="0"/>
        <w:rPr>
          <w:lang w:val="fr-FR"/>
        </w:rPr>
      </w:pPr>
      <w:r w:rsidRPr="00E12D3A">
        <w:rPr>
          <w:lang w:val="fr-FR"/>
        </w:rPr>
        <w:t xml:space="preserve">15 min Opposition 2 équipes - Full rugby avec jeu au pied, si on a au moins un </w:t>
      </w:r>
      <w:proofErr w:type="spellStart"/>
      <w:r w:rsidRPr="00E12D3A">
        <w:rPr>
          <w:lang w:val="fr-FR"/>
        </w:rPr>
        <w:t>arriere</w:t>
      </w:r>
      <w:proofErr w:type="spellEnd"/>
      <w:r w:rsidRPr="00E12D3A">
        <w:rPr>
          <w:lang w:val="fr-FR"/>
        </w:rPr>
        <w:t xml:space="preserve"> et un ailier par équipe</w:t>
      </w:r>
    </w:p>
    <w:p w14:paraId="5278A2D8" w14:textId="77777777" w:rsidR="004F354E" w:rsidRPr="004F354E" w:rsidRDefault="004F354E" w:rsidP="004F354E">
      <w:pPr>
        <w:spacing w:after="0"/>
        <w:rPr>
          <w:lang w:val="fr-FR"/>
        </w:rPr>
      </w:pPr>
    </w:p>
    <w:p w14:paraId="75F9A7B0" w14:textId="18B84803" w:rsidR="009D0394" w:rsidRDefault="004F354E" w:rsidP="004F354E">
      <w:pPr>
        <w:spacing w:after="0"/>
        <w:rPr>
          <w:lang w:val="fr-FR"/>
        </w:rPr>
      </w:pPr>
      <w:r w:rsidRPr="004F354E">
        <w:rPr>
          <w:lang w:val="fr-FR"/>
        </w:rPr>
        <w:t xml:space="preserve">Variable d'ajustement du </w:t>
      </w:r>
      <w:proofErr w:type="gramStart"/>
      <w:r w:rsidRPr="004F354E">
        <w:rPr>
          <w:lang w:val="fr-FR"/>
        </w:rPr>
        <w:t>temps:</w:t>
      </w:r>
      <w:proofErr w:type="gramEnd"/>
      <w:r w:rsidRPr="004F354E">
        <w:rPr>
          <w:lang w:val="fr-FR"/>
        </w:rPr>
        <w:t xml:space="preserve"> </w:t>
      </w:r>
      <w:r w:rsidR="00E12D3A">
        <w:rPr>
          <w:lang w:val="fr-FR"/>
        </w:rPr>
        <w:t xml:space="preserve">Combinaison sortie de </w:t>
      </w:r>
      <w:proofErr w:type="spellStart"/>
      <w:r w:rsidR="00E12D3A">
        <w:rPr>
          <w:lang w:val="fr-FR"/>
        </w:rPr>
        <w:t>Mélée</w:t>
      </w:r>
      <w:proofErr w:type="spellEnd"/>
      <w:r w:rsidR="00E12D3A">
        <w:rPr>
          <w:lang w:val="fr-FR"/>
        </w:rPr>
        <w:t>.</w:t>
      </w:r>
      <w:r w:rsidR="009D0394">
        <w:rPr>
          <w:lang w:val="fr-FR"/>
        </w:rPr>
        <w:br w:type="page"/>
      </w:r>
    </w:p>
    <w:p w14:paraId="386C88AD" w14:textId="77777777" w:rsidR="0041485F" w:rsidRPr="00E53D4C" w:rsidRDefault="0041485F" w:rsidP="00953F61">
      <w:pPr>
        <w:spacing w:after="0"/>
        <w:ind w:firstLine="720"/>
        <w:rPr>
          <w:lang w:val="fr-FR"/>
        </w:rPr>
      </w:pPr>
    </w:p>
    <w:p w14:paraId="52ED72C8" w14:textId="6B8D1F9C" w:rsidR="00FA1144" w:rsidRDefault="00FA1144" w:rsidP="00473400">
      <w:pPr>
        <w:keepNext/>
        <w:spacing w:before="240" w:after="80"/>
        <w:rPr>
          <w:rFonts w:ascii="Arial" w:hAnsi="Arial"/>
          <w:b/>
          <w:color w:val="003366"/>
          <w:sz w:val="32"/>
          <w:lang w:val="fr-FR"/>
        </w:rPr>
      </w:pPr>
    </w:p>
    <w:p w14:paraId="1E9AEE0A" w14:textId="77777777" w:rsidR="00473400" w:rsidRDefault="00DA216C">
      <w:pPr>
        <w:keepNext/>
        <w:spacing w:before="240" w:after="80"/>
        <w:rPr>
          <w:rFonts w:ascii="Arial" w:hAnsi="Arial"/>
          <w:b/>
          <w:color w:val="003366"/>
          <w:sz w:val="32"/>
          <w:lang w:val="fr-FR"/>
        </w:rPr>
      </w:pPr>
      <w:r>
        <w:rPr>
          <w:rFonts w:ascii="Arial" w:hAnsi="Arial"/>
          <w:b/>
          <w:color w:val="003366"/>
          <w:sz w:val="32"/>
          <w:lang w:val="fr-FR"/>
        </w:rPr>
        <w:t xml:space="preserve">Intro : </w:t>
      </w:r>
    </w:p>
    <w:p w14:paraId="618FFE65" w14:textId="77777777" w:rsidR="00473400" w:rsidRDefault="00FA1144" w:rsidP="00473400">
      <w:pPr>
        <w:pStyle w:val="ListParagraph"/>
        <w:keepNext/>
        <w:numPr>
          <w:ilvl w:val="0"/>
          <w:numId w:val="19"/>
        </w:numPr>
        <w:spacing w:before="240" w:after="80"/>
        <w:rPr>
          <w:rFonts w:ascii="Arial" w:hAnsi="Arial"/>
          <w:b/>
          <w:color w:val="003366"/>
          <w:sz w:val="32"/>
          <w:lang w:val="fr-FR"/>
        </w:rPr>
      </w:pPr>
      <w:r w:rsidRPr="00473400">
        <w:rPr>
          <w:rFonts w:ascii="Arial" w:hAnsi="Arial"/>
          <w:b/>
          <w:color w:val="003366"/>
          <w:sz w:val="32"/>
          <w:lang w:val="fr-FR"/>
        </w:rPr>
        <w:t>Welcome des nouveaux joueurs.</w:t>
      </w:r>
    </w:p>
    <w:p w14:paraId="26330EAC" w14:textId="3F63F9F1" w:rsidR="002E5079" w:rsidRPr="002E5079" w:rsidRDefault="00A40342" w:rsidP="002E5079">
      <w:pPr>
        <w:pStyle w:val="ListParagraph"/>
        <w:keepNext/>
        <w:numPr>
          <w:ilvl w:val="0"/>
          <w:numId w:val="19"/>
        </w:numPr>
        <w:spacing w:before="240" w:after="80"/>
        <w:rPr>
          <w:rFonts w:ascii="Arial" w:hAnsi="Arial"/>
          <w:b/>
          <w:color w:val="003366"/>
          <w:sz w:val="32"/>
          <w:lang w:val="fr-FR"/>
        </w:rPr>
      </w:pPr>
      <w:r>
        <w:rPr>
          <w:rFonts w:ascii="Arial" w:hAnsi="Arial"/>
          <w:b/>
          <w:color w:val="003366"/>
          <w:sz w:val="32"/>
          <w:lang w:val="fr-FR"/>
        </w:rPr>
        <w:t>News d’Alex</w:t>
      </w:r>
    </w:p>
    <w:p w14:paraId="0F232016" w14:textId="15596795" w:rsidR="00A7229D" w:rsidRDefault="00A7229D" w:rsidP="00A7229D">
      <w:pPr>
        <w:pStyle w:val="ListParagraph"/>
        <w:keepNext/>
        <w:numPr>
          <w:ilvl w:val="0"/>
          <w:numId w:val="19"/>
        </w:numPr>
        <w:spacing w:before="240" w:after="80"/>
        <w:rPr>
          <w:rFonts w:ascii="Arial" w:hAnsi="Arial"/>
          <w:b/>
          <w:color w:val="003366"/>
          <w:sz w:val="32"/>
          <w:lang w:val="fr-FR"/>
        </w:rPr>
      </w:pPr>
      <w:r>
        <w:rPr>
          <w:rFonts w:ascii="Arial" w:hAnsi="Arial"/>
          <w:b/>
          <w:color w:val="003366"/>
          <w:sz w:val="32"/>
          <w:lang w:val="fr-FR"/>
        </w:rPr>
        <w:t>Programme session</w:t>
      </w:r>
    </w:p>
    <w:p w14:paraId="1A8CF964" w14:textId="684BC1D7" w:rsidR="002E5079" w:rsidRPr="00A7229D" w:rsidRDefault="002E5079" w:rsidP="00A7229D">
      <w:pPr>
        <w:pStyle w:val="ListParagraph"/>
        <w:keepNext/>
        <w:numPr>
          <w:ilvl w:val="0"/>
          <w:numId w:val="19"/>
        </w:numPr>
        <w:spacing w:before="240" w:after="80"/>
        <w:rPr>
          <w:rFonts w:ascii="Arial" w:hAnsi="Arial"/>
          <w:b/>
          <w:color w:val="003366"/>
          <w:sz w:val="32"/>
          <w:lang w:val="fr-FR"/>
        </w:rPr>
      </w:pPr>
      <w:r>
        <w:rPr>
          <w:rFonts w:ascii="Arial" w:hAnsi="Arial"/>
          <w:b/>
          <w:color w:val="003366"/>
          <w:sz w:val="32"/>
          <w:lang w:val="fr-FR"/>
        </w:rPr>
        <w:t xml:space="preserve">Intervention de </w:t>
      </w:r>
      <w:proofErr w:type="gramStart"/>
      <w:r>
        <w:rPr>
          <w:rFonts w:ascii="Arial" w:hAnsi="Arial"/>
          <w:b/>
          <w:color w:val="003366"/>
          <w:sz w:val="32"/>
          <w:lang w:val="fr-FR"/>
        </w:rPr>
        <w:t>Yannick:</w:t>
      </w:r>
      <w:proofErr w:type="gramEnd"/>
      <w:r>
        <w:rPr>
          <w:rFonts w:ascii="Arial" w:hAnsi="Arial"/>
          <w:b/>
          <w:color w:val="003366"/>
          <w:sz w:val="32"/>
          <w:lang w:val="fr-FR"/>
        </w:rPr>
        <w:t xml:space="preserve"> préparation physique.</w:t>
      </w:r>
    </w:p>
    <w:p w14:paraId="6CBDE431" w14:textId="77777777" w:rsidR="002F37AB" w:rsidRPr="002F37AB" w:rsidRDefault="002F37AB" w:rsidP="002F37AB">
      <w:pPr>
        <w:keepNext/>
        <w:spacing w:before="240" w:after="80"/>
        <w:rPr>
          <w:rFonts w:ascii="Arial" w:hAnsi="Arial"/>
          <w:b/>
          <w:color w:val="003366"/>
          <w:sz w:val="32"/>
          <w:lang w:val="fr-FR"/>
        </w:rPr>
      </w:pPr>
    </w:p>
    <w:p w14:paraId="3E059A15" w14:textId="77777777" w:rsidR="00473400" w:rsidRDefault="00DA216C" w:rsidP="00EF5B0C">
      <w:pPr>
        <w:keepNext/>
        <w:spacing w:before="240" w:after="80"/>
        <w:rPr>
          <w:rFonts w:ascii="Arial" w:hAnsi="Arial"/>
          <w:b/>
          <w:color w:val="003366"/>
          <w:sz w:val="32"/>
          <w:lang w:val="fr-FR"/>
        </w:rPr>
      </w:pPr>
      <w:proofErr w:type="spellStart"/>
      <w:r w:rsidRPr="004376F5">
        <w:rPr>
          <w:rFonts w:ascii="Arial" w:hAnsi="Arial"/>
          <w:b/>
          <w:color w:val="003366"/>
          <w:sz w:val="32"/>
          <w:lang w:val="fr-FR"/>
        </w:rPr>
        <w:t>C</w:t>
      </w:r>
      <w:r w:rsidR="00FA1144" w:rsidRPr="004376F5">
        <w:rPr>
          <w:rFonts w:ascii="Arial" w:hAnsi="Arial"/>
          <w:b/>
          <w:color w:val="003366"/>
          <w:sz w:val="32"/>
          <w:lang w:val="fr-FR"/>
        </w:rPr>
        <w:t>losing</w:t>
      </w:r>
      <w:proofErr w:type="spellEnd"/>
      <w:r w:rsidR="00FA1144" w:rsidRPr="004376F5">
        <w:rPr>
          <w:rFonts w:ascii="Arial" w:hAnsi="Arial"/>
          <w:b/>
          <w:color w:val="003366"/>
          <w:sz w:val="32"/>
          <w:lang w:val="fr-FR"/>
        </w:rPr>
        <w:t> :</w:t>
      </w:r>
    </w:p>
    <w:p w14:paraId="6D0DE358" w14:textId="1D62A9BC" w:rsidR="00473400" w:rsidRPr="00A40342" w:rsidRDefault="000C1410" w:rsidP="00A40342">
      <w:pPr>
        <w:pStyle w:val="ListParagraph"/>
        <w:keepNext/>
        <w:numPr>
          <w:ilvl w:val="0"/>
          <w:numId w:val="19"/>
        </w:numPr>
        <w:spacing w:before="240" w:after="80"/>
        <w:rPr>
          <w:rFonts w:ascii="Arial" w:hAnsi="Arial"/>
          <w:b/>
          <w:color w:val="003366"/>
          <w:sz w:val="32"/>
          <w:lang w:val="fr-FR"/>
        </w:rPr>
      </w:pPr>
      <w:r w:rsidRPr="00473400">
        <w:rPr>
          <w:rFonts w:ascii="Arial" w:hAnsi="Arial"/>
          <w:b/>
          <w:color w:val="003366"/>
          <w:sz w:val="32"/>
          <w:lang w:val="fr-FR"/>
        </w:rPr>
        <w:t>Souligner les points positifs</w:t>
      </w:r>
    </w:p>
    <w:p w14:paraId="4F188ECC" w14:textId="39280745" w:rsidR="00473400" w:rsidRPr="00473400" w:rsidRDefault="00A40342" w:rsidP="00473400">
      <w:pPr>
        <w:pStyle w:val="ListParagraph"/>
        <w:keepNext/>
        <w:numPr>
          <w:ilvl w:val="0"/>
          <w:numId w:val="19"/>
        </w:numPr>
        <w:spacing w:before="240" w:after="80"/>
        <w:rPr>
          <w:rFonts w:ascii="Arial" w:hAnsi="Arial"/>
          <w:b/>
          <w:color w:val="003366"/>
          <w:sz w:val="32"/>
          <w:lang w:val="fr-FR"/>
        </w:rPr>
      </w:pPr>
      <w:r>
        <w:rPr>
          <w:rFonts w:ascii="Arial" w:hAnsi="Arial"/>
          <w:b/>
          <w:color w:val="003366"/>
          <w:sz w:val="32"/>
          <w:lang w:val="fr-FR"/>
        </w:rPr>
        <w:t xml:space="preserve">Revenir sur les </w:t>
      </w:r>
      <w:proofErr w:type="spellStart"/>
      <w:r>
        <w:rPr>
          <w:rFonts w:ascii="Arial" w:hAnsi="Arial"/>
          <w:b/>
          <w:color w:val="003366"/>
          <w:sz w:val="32"/>
          <w:lang w:val="fr-FR"/>
        </w:rPr>
        <w:t>learning</w:t>
      </w:r>
      <w:proofErr w:type="spellEnd"/>
      <w:r>
        <w:rPr>
          <w:rFonts w:ascii="Arial" w:hAnsi="Arial"/>
          <w:b/>
          <w:color w:val="003366"/>
          <w:sz w:val="32"/>
          <w:lang w:val="fr-FR"/>
        </w:rPr>
        <w:t xml:space="preserve"> </w:t>
      </w:r>
      <w:r w:rsidR="00F45D37">
        <w:rPr>
          <w:rFonts w:ascii="Arial" w:hAnsi="Arial"/>
          <w:b/>
          <w:color w:val="003366"/>
          <w:sz w:val="32"/>
          <w:lang w:val="fr-FR"/>
        </w:rPr>
        <w:t>acquis</w:t>
      </w:r>
      <w:r w:rsidR="00A7229D">
        <w:rPr>
          <w:rFonts w:ascii="Arial" w:hAnsi="Arial"/>
          <w:b/>
          <w:color w:val="003366"/>
          <w:sz w:val="32"/>
          <w:lang w:val="fr-FR"/>
        </w:rPr>
        <w:t xml:space="preserve"> – montée en puissance.</w:t>
      </w:r>
    </w:p>
    <w:p w14:paraId="7D97C612" w14:textId="60483F02" w:rsidR="002B76DC" w:rsidRPr="000A3CD0" w:rsidRDefault="002B76DC" w:rsidP="000A3CD0">
      <w:pPr>
        <w:keepNext/>
        <w:spacing w:before="240" w:after="80"/>
        <w:rPr>
          <w:rFonts w:ascii="Arial" w:hAnsi="Arial"/>
          <w:b/>
          <w:color w:val="003366"/>
          <w:sz w:val="32"/>
          <w:lang w:val="fr-FR"/>
        </w:rPr>
      </w:pPr>
    </w:p>
    <w:sectPr w:rsidR="002B76DC" w:rsidRPr="000A3CD0" w:rsidSect="00A86698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B55960"/>
    <w:multiLevelType w:val="hybridMultilevel"/>
    <w:tmpl w:val="9D80A476"/>
    <w:lvl w:ilvl="0" w:tplc="0FF0AACA">
      <w:start w:val="40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4724FD"/>
    <w:multiLevelType w:val="hybridMultilevel"/>
    <w:tmpl w:val="28DA9810"/>
    <w:lvl w:ilvl="0" w:tplc="A2506340">
      <w:start w:val="10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8E7363"/>
    <w:multiLevelType w:val="multilevel"/>
    <w:tmpl w:val="C1F21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82201C"/>
    <w:multiLevelType w:val="multilevel"/>
    <w:tmpl w:val="38883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4520425"/>
    <w:multiLevelType w:val="multilevel"/>
    <w:tmpl w:val="6AF25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C93310"/>
    <w:multiLevelType w:val="multilevel"/>
    <w:tmpl w:val="6E704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697D3F"/>
    <w:multiLevelType w:val="hybridMultilevel"/>
    <w:tmpl w:val="48DA2798"/>
    <w:lvl w:ilvl="0" w:tplc="6D6EB564">
      <w:start w:val="35"/>
      <w:numFmt w:val="decimal"/>
      <w:lvlText w:val="%1"/>
      <w:lvlJc w:val="left"/>
      <w:pPr>
        <w:ind w:left="720" w:hanging="360"/>
      </w:pPr>
      <w:rPr>
        <w:rFonts w:ascii="Arial" w:hAnsi="Arial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65324A"/>
    <w:multiLevelType w:val="hybridMultilevel"/>
    <w:tmpl w:val="56CC50C4"/>
    <w:lvl w:ilvl="0" w:tplc="9BD01C34">
      <w:start w:val="35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FF0E34"/>
    <w:multiLevelType w:val="hybridMultilevel"/>
    <w:tmpl w:val="CC7A0E48"/>
    <w:lvl w:ilvl="0" w:tplc="29A03C90">
      <w:start w:val="20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C871CE"/>
    <w:multiLevelType w:val="hybridMultilevel"/>
    <w:tmpl w:val="3E48E4C0"/>
    <w:lvl w:ilvl="0" w:tplc="75A47328">
      <w:start w:val="30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3F1DB4"/>
    <w:multiLevelType w:val="hybridMultilevel"/>
    <w:tmpl w:val="15BA04D4"/>
    <w:lvl w:ilvl="0" w:tplc="91C83E30">
      <w:start w:val="20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782764"/>
    <w:multiLevelType w:val="multilevel"/>
    <w:tmpl w:val="CBA4F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8BD1D95"/>
    <w:multiLevelType w:val="hybridMultilevel"/>
    <w:tmpl w:val="FD1CC26C"/>
    <w:lvl w:ilvl="0" w:tplc="894210D4">
      <w:start w:val="10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8339245">
    <w:abstractNumId w:val="8"/>
  </w:num>
  <w:num w:numId="2" w16cid:durableId="221527713">
    <w:abstractNumId w:val="6"/>
  </w:num>
  <w:num w:numId="3" w16cid:durableId="1184175642">
    <w:abstractNumId w:val="5"/>
  </w:num>
  <w:num w:numId="4" w16cid:durableId="664672760">
    <w:abstractNumId w:val="4"/>
  </w:num>
  <w:num w:numId="5" w16cid:durableId="1648051933">
    <w:abstractNumId w:val="7"/>
  </w:num>
  <w:num w:numId="6" w16cid:durableId="1256284677">
    <w:abstractNumId w:val="3"/>
  </w:num>
  <w:num w:numId="7" w16cid:durableId="1118450365">
    <w:abstractNumId w:val="2"/>
  </w:num>
  <w:num w:numId="8" w16cid:durableId="1326592614">
    <w:abstractNumId w:val="1"/>
  </w:num>
  <w:num w:numId="9" w16cid:durableId="1407653212">
    <w:abstractNumId w:val="0"/>
  </w:num>
  <w:num w:numId="10" w16cid:durableId="645165088">
    <w:abstractNumId w:val="12"/>
  </w:num>
  <w:num w:numId="11" w16cid:durableId="1055590460">
    <w:abstractNumId w:val="20"/>
  </w:num>
  <w:num w:numId="12" w16cid:durableId="468666420">
    <w:abstractNumId w:val="11"/>
  </w:num>
  <w:num w:numId="13" w16cid:durableId="1220556857">
    <w:abstractNumId w:val="14"/>
  </w:num>
  <w:num w:numId="14" w16cid:durableId="621033225">
    <w:abstractNumId w:val="13"/>
  </w:num>
  <w:num w:numId="15" w16cid:durableId="1921062748">
    <w:abstractNumId w:val="19"/>
  </w:num>
  <w:num w:numId="16" w16cid:durableId="19481444">
    <w:abstractNumId w:val="17"/>
  </w:num>
  <w:num w:numId="17" w16cid:durableId="684285209">
    <w:abstractNumId w:val="16"/>
  </w:num>
  <w:num w:numId="18" w16cid:durableId="518661643">
    <w:abstractNumId w:val="15"/>
  </w:num>
  <w:num w:numId="19" w16cid:durableId="1996717462">
    <w:abstractNumId w:val="18"/>
  </w:num>
  <w:num w:numId="20" w16cid:durableId="2073773629">
    <w:abstractNumId w:val="21"/>
  </w:num>
  <w:num w:numId="21" w16cid:durableId="1574851469">
    <w:abstractNumId w:val="9"/>
  </w:num>
  <w:num w:numId="22" w16cid:durableId="177316290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559"/>
    <w:rsid w:val="00005DF5"/>
    <w:rsid w:val="00034616"/>
    <w:rsid w:val="00041AB7"/>
    <w:rsid w:val="00050A44"/>
    <w:rsid w:val="00057B46"/>
    <w:rsid w:val="0006063C"/>
    <w:rsid w:val="00063F2A"/>
    <w:rsid w:val="00075683"/>
    <w:rsid w:val="000804A3"/>
    <w:rsid w:val="00096A6A"/>
    <w:rsid w:val="000A0AA3"/>
    <w:rsid w:val="000A3CD0"/>
    <w:rsid w:val="000B414C"/>
    <w:rsid w:val="000C1410"/>
    <w:rsid w:val="000C28A9"/>
    <w:rsid w:val="000D1A25"/>
    <w:rsid w:val="000D44F4"/>
    <w:rsid w:val="000E31F8"/>
    <w:rsid w:val="000E5051"/>
    <w:rsid w:val="000E7994"/>
    <w:rsid w:val="001004C9"/>
    <w:rsid w:val="001333D2"/>
    <w:rsid w:val="0015074B"/>
    <w:rsid w:val="001522C5"/>
    <w:rsid w:val="00154B2B"/>
    <w:rsid w:val="00161007"/>
    <w:rsid w:val="00170E64"/>
    <w:rsid w:val="001962CC"/>
    <w:rsid w:val="001A2B1F"/>
    <w:rsid w:val="001A50D5"/>
    <w:rsid w:val="001B2472"/>
    <w:rsid w:val="001C3EFF"/>
    <w:rsid w:val="001D1E85"/>
    <w:rsid w:val="001F16AC"/>
    <w:rsid w:val="001F1D25"/>
    <w:rsid w:val="001F4762"/>
    <w:rsid w:val="001F6A09"/>
    <w:rsid w:val="001F7A96"/>
    <w:rsid w:val="00203E9C"/>
    <w:rsid w:val="00213AC2"/>
    <w:rsid w:val="002302F2"/>
    <w:rsid w:val="0023664F"/>
    <w:rsid w:val="0023754E"/>
    <w:rsid w:val="00241A4D"/>
    <w:rsid w:val="00244CE9"/>
    <w:rsid w:val="00262EEC"/>
    <w:rsid w:val="00265ACF"/>
    <w:rsid w:val="00275723"/>
    <w:rsid w:val="0029639D"/>
    <w:rsid w:val="002A2B66"/>
    <w:rsid w:val="002A414C"/>
    <w:rsid w:val="002B76DC"/>
    <w:rsid w:val="002C5B1F"/>
    <w:rsid w:val="002D285B"/>
    <w:rsid w:val="002E5079"/>
    <w:rsid w:val="002F37AB"/>
    <w:rsid w:val="00303713"/>
    <w:rsid w:val="00321606"/>
    <w:rsid w:val="00322FFD"/>
    <w:rsid w:val="0032338E"/>
    <w:rsid w:val="00326F90"/>
    <w:rsid w:val="00331364"/>
    <w:rsid w:val="00340DE5"/>
    <w:rsid w:val="0034214D"/>
    <w:rsid w:val="00345531"/>
    <w:rsid w:val="00352295"/>
    <w:rsid w:val="003565C3"/>
    <w:rsid w:val="00361170"/>
    <w:rsid w:val="003760A5"/>
    <w:rsid w:val="003949E0"/>
    <w:rsid w:val="003950D2"/>
    <w:rsid w:val="00396F69"/>
    <w:rsid w:val="003A0867"/>
    <w:rsid w:val="003C2ECE"/>
    <w:rsid w:val="003C4EBE"/>
    <w:rsid w:val="003E42A9"/>
    <w:rsid w:val="003F51DC"/>
    <w:rsid w:val="003F6743"/>
    <w:rsid w:val="004050A1"/>
    <w:rsid w:val="00410A55"/>
    <w:rsid w:val="0041485F"/>
    <w:rsid w:val="00420F82"/>
    <w:rsid w:val="00423E9C"/>
    <w:rsid w:val="00433457"/>
    <w:rsid w:val="00433BED"/>
    <w:rsid w:val="004376F5"/>
    <w:rsid w:val="00437EEE"/>
    <w:rsid w:val="00440B47"/>
    <w:rsid w:val="004521EA"/>
    <w:rsid w:val="00452D33"/>
    <w:rsid w:val="00456CDE"/>
    <w:rsid w:val="0046005E"/>
    <w:rsid w:val="00465094"/>
    <w:rsid w:val="00470F98"/>
    <w:rsid w:val="00473400"/>
    <w:rsid w:val="00494972"/>
    <w:rsid w:val="004961F3"/>
    <w:rsid w:val="004B1348"/>
    <w:rsid w:val="004B2557"/>
    <w:rsid w:val="004B65D1"/>
    <w:rsid w:val="004D6AC8"/>
    <w:rsid w:val="004E214A"/>
    <w:rsid w:val="004E25F2"/>
    <w:rsid w:val="004E2AA2"/>
    <w:rsid w:val="004E4CE2"/>
    <w:rsid w:val="004F354E"/>
    <w:rsid w:val="004F56B1"/>
    <w:rsid w:val="004F648B"/>
    <w:rsid w:val="004F7EE4"/>
    <w:rsid w:val="00507214"/>
    <w:rsid w:val="00512EB6"/>
    <w:rsid w:val="005145BA"/>
    <w:rsid w:val="00522ACE"/>
    <w:rsid w:val="00523BD1"/>
    <w:rsid w:val="00527E1E"/>
    <w:rsid w:val="00533738"/>
    <w:rsid w:val="00543912"/>
    <w:rsid w:val="0055243A"/>
    <w:rsid w:val="00553D78"/>
    <w:rsid w:val="00554AFE"/>
    <w:rsid w:val="00563A01"/>
    <w:rsid w:val="00576062"/>
    <w:rsid w:val="005846AC"/>
    <w:rsid w:val="00593F04"/>
    <w:rsid w:val="00596676"/>
    <w:rsid w:val="005A2034"/>
    <w:rsid w:val="005F51DC"/>
    <w:rsid w:val="00600884"/>
    <w:rsid w:val="00612CF9"/>
    <w:rsid w:val="006153B9"/>
    <w:rsid w:val="00646B26"/>
    <w:rsid w:val="00647B63"/>
    <w:rsid w:val="00660D1F"/>
    <w:rsid w:val="00664395"/>
    <w:rsid w:val="006717CE"/>
    <w:rsid w:val="00684997"/>
    <w:rsid w:val="00696E78"/>
    <w:rsid w:val="006A49D8"/>
    <w:rsid w:val="006B4F52"/>
    <w:rsid w:val="006B5D7E"/>
    <w:rsid w:val="006C1DBC"/>
    <w:rsid w:val="006E3457"/>
    <w:rsid w:val="006E5F3A"/>
    <w:rsid w:val="006E66D9"/>
    <w:rsid w:val="00703F65"/>
    <w:rsid w:val="00705BC1"/>
    <w:rsid w:val="00735E8A"/>
    <w:rsid w:val="00745390"/>
    <w:rsid w:val="00745DC8"/>
    <w:rsid w:val="007920D9"/>
    <w:rsid w:val="007A1D60"/>
    <w:rsid w:val="007B0503"/>
    <w:rsid w:val="007B0BEF"/>
    <w:rsid w:val="007B1159"/>
    <w:rsid w:val="007B515D"/>
    <w:rsid w:val="007B710C"/>
    <w:rsid w:val="007C0507"/>
    <w:rsid w:val="007D0463"/>
    <w:rsid w:val="007D71A7"/>
    <w:rsid w:val="007D745D"/>
    <w:rsid w:val="007E2B86"/>
    <w:rsid w:val="007E720C"/>
    <w:rsid w:val="008308A4"/>
    <w:rsid w:val="00844637"/>
    <w:rsid w:val="00846724"/>
    <w:rsid w:val="008550EE"/>
    <w:rsid w:val="00863248"/>
    <w:rsid w:val="00882C3B"/>
    <w:rsid w:val="008B1839"/>
    <w:rsid w:val="008C1391"/>
    <w:rsid w:val="008E3D1E"/>
    <w:rsid w:val="009111F5"/>
    <w:rsid w:val="009127C0"/>
    <w:rsid w:val="009159CC"/>
    <w:rsid w:val="009324F0"/>
    <w:rsid w:val="00953F61"/>
    <w:rsid w:val="00960BCB"/>
    <w:rsid w:val="009629EC"/>
    <w:rsid w:val="009739DF"/>
    <w:rsid w:val="009B18DD"/>
    <w:rsid w:val="009C2CC2"/>
    <w:rsid w:val="009C2DB3"/>
    <w:rsid w:val="009C6AF0"/>
    <w:rsid w:val="009D005E"/>
    <w:rsid w:val="009D0394"/>
    <w:rsid w:val="009D57AC"/>
    <w:rsid w:val="009E4AF4"/>
    <w:rsid w:val="009F1F96"/>
    <w:rsid w:val="009F34A3"/>
    <w:rsid w:val="009F3F3F"/>
    <w:rsid w:val="00A001DF"/>
    <w:rsid w:val="00A074EF"/>
    <w:rsid w:val="00A11E88"/>
    <w:rsid w:val="00A236D4"/>
    <w:rsid w:val="00A40342"/>
    <w:rsid w:val="00A403E4"/>
    <w:rsid w:val="00A406C3"/>
    <w:rsid w:val="00A41723"/>
    <w:rsid w:val="00A46792"/>
    <w:rsid w:val="00A6029F"/>
    <w:rsid w:val="00A7229D"/>
    <w:rsid w:val="00A80D28"/>
    <w:rsid w:val="00A86698"/>
    <w:rsid w:val="00A91F39"/>
    <w:rsid w:val="00A93F31"/>
    <w:rsid w:val="00AA1D8D"/>
    <w:rsid w:val="00AA6E08"/>
    <w:rsid w:val="00AB0266"/>
    <w:rsid w:val="00AB7728"/>
    <w:rsid w:val="00AD49A0"/>
    <w:rsid w:val="00AE1CBD"/>
    <w:rsid w:val="00AE5D8F"/>
    <w:rsid w:val="00AF5708"/>
    <w:rsid w:val="00B077AC"/>
    <w:rsid w:val="00B120EA"/>
    <w:rsid w:val="00B1531C"/>
    <w:rsid w:val="00B23C71"/>
    <w:rsid w:val="00B25BD0"/>
    <w:rsid w:val="00B34B33"/>
    <w:rsid w:val="00B42A7F"/>
    <w:rsid w:val="00B43082"/>
    <w:rsid w:val="00B44088"/>
    <w:rsid w:val="00B458FE"/>
    <w:rsid w:val="00B47730"/>
    <w:rsid w:val="00B5760E"/>
    <w:rsid w:val="00B71F2D"/>
    <w:rsid w:val="00B82ADC"/>
    <w:rsid w:val="00B94A78"/>
    <w:rsid w:val="00B97995"/>
    <w:rsid w:val="00BE72B5"/>
    <w:rsid w:val="00BF4A62"/>
    <w:rsid w:val="00C122CC"/>
    <w:rsid w:val="00C1516F"/>
    <w:rsid w:val="00C42454"/>
    <w:rsid w:val="00C5799F"/>
    <w:rsid w:val="00C608B9"/>
    <w:rsid w:val="00C6165A"/>
    <w:rsid w:val="00C6339D"/>
    <w:rsid w:val="00C71808"/>
    <w:rsid w:val="00C82C8D"/>
    <w:rsid w:val="00C91FC0"/>
    <w:rsid w:val="00CA6DE7"/>
    <w:rsid w:val="00CB0664"/>
    <w:rsid w:val="00CB67BF"/>
    <w:rsid w:val="00CC3827"/>
    <w:rsid w:val="00CD73D9"/>
    <w:rsid w:val="00CE23A3"/>
    <w:rsid w:val="00CE4778"/>
    <w:rsid w:val="00D33D16"/>
    <w:rsid w:val="00D44FE5"/>
    <w:rsid w:val="00D60935"/>
    <w:rsid w:val="00D61B9A"/>
    <w:rsid w:val="00D67430"/>
    <w:rsid w:val="00D72894"/>
    <w:rsid w:val="00D7361F"/>
    <w:rsid w:val="00D86561"/>
    <w:rsid w:val="00D8658D"/>
    <w:rsid w:val="00D92ED1"/>
    <w:rsid w:val="00DA0EC9"/>
    <w:rsid w:val="00DA216C"/>
    <w:rsid w:val="00DC0D55"/>
    <w:rsid w:val="00DC14CF"/>
    <w:rsid w:val="00DD1235"/>
    <w:rsid w:val="00DD3238"/>
    <w:rsid w:val="00DD5BC3"/>
    <w:rsid w:val="00DF026A"/>
    <w:rsid w:val="00DF1A61"/>
    <w:rsid w:val="00E061D7"/>
    <w:rsid w:val="00E12D3A"/>
    <w:rsid w:val="00E12D5B"/>
    <w:rsid w:val="00E15868"/>
    <w:rsid w:val="00E25DEE"/>
    <w:rsid w:val="00E26F5B"/>
    <w:rsid w:val="00E40F84"/>
    <w:rsid w:val="00E4518A"/>
    <w:rsid w:val="00E4576E"/>
    <w:rsid w:val="00E46DAE"/>
    <w:rsid w:val="00E53D4C"/>
    <w:rsid w:val="00E5550B"/>
    <w:rsid w:val="00E567D9"/>
    <w:rsid w:val="00E60BB8"/>
    <w:rsid w:val="00E64D26"/>
    <w:rsid w:val="00E66051"/>
    <w:rsid w:val="00EA0D6C"/>
    <w:rsid w:val="00EB095D"/>
    <w:rsid w:val="00EB3EA0"/>
    <w:rsid w:val="00EC0901"/>
    <w:rsid w:val="00ED33E0"/>
    <w:rsid w:val="00ED7193"/>
    <w:rsid w:val="00EF5B0C"/>
    <w:rsid w:val="00EF69DC"/>
    <w:rsid w:val="00F01167"/>
    <w:rsid w:val="00F05A5E"/>
    <w:rsid w:val="00F1747F"/>
    <w:rsid w:val="00F21D8D"/>
    <w:rsid w:val="00F44863"/>
    <w:rsid w:val="00F45D37"/>
    <w:rsid w:val="00F72254"/>
    <w:rsid w:val="00F808F9"/>
    <w:rsid w:val="00F9425E"/>
    <w:rsid w:val="00FA1144"/>
    <w:rsid w:val="00FA3506"/>
    <w:rsid w:val="00FC25F5"/>
    <w:rsid w:val="00FC6374"/>
    <w:rsid w:val="00FC693F"/>
    <w:rsid w:val="00FC7B9C"/>
    <w:rsid w:val="00FD2353"/>
    <w:rsid w:val="00FF3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48785B"/>
  <w14:defaultImageDpi w14:val="300"/>
  <w15:docId w15:val="{B554C5FA-98C4-4E47-9AFC-2135AE5DD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F61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1F476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47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778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Jean-Noel Robert</cp:lastModifiedBy>
  <cp:revision>17</cp:revision>
  <cp:lastPrinted>2026-09-08T15:28:00Z</cp:lastPrinted>
  <dcterms:created xsi:type="dcterms:W3CDTF">2026-09-14T15:40:00Z</dcterms:created>
  <dcterms:modified xsi:type="dcterms:W3CDTF">2026-09-14T15:54:00Z</dcterms:modified>
  <cp:category/>
</cp:coreProperties>
</file>