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52F1" w14:textId="77777777" w:rsidR="002B76DC" w:rsidRPr="00E53D4C" w:rsidRDefault="00B97995">
      <w:pPr>
        <w:spacing w:after="40"/>
        <w:jc w:val="center"/>
        <w:rPr>
          <w:lang w:val="fr-FR"/>
        </w:rPr>
      </w:pPr>
      <w:r w:rsidRPr="00E53D4C">
        <w:rPr>
          <w:rFonts w:ascii="Arial" w:hAnsi="Arial"/>
          <w:b/>
          <w:color w:val="003366"/>
          <w:sz w:val="44"/>
          <w:lang w:val="fr-FR"/>
        </w:rPr>
        <w:t>WALFERDANGE RUGBY CLUB</w:t>
      </w:r>
    </w:p>
    <w:p w14:paraId="2EEAC13E" w14:textId="3B974B67" w:rsidR="002B76DC" w:rsidRPr="00E53D4C" w:rsidRDefault="00B97995">
      <w:pPr>
        <w:spacing w:after="360"/>
        <w:jc w:val="center"/>
        <w:rPr>
          <w:lang w:val="fr-FR"/>
        </w:rPr>
      </w:pPr>
      <w:r w:rsidRPr="00E53D4C">
        <w:rPr>
          <w:rFonts w:ascii="Arial" w:hAnsi="Arial"/>
          <w:i/>
          <w:sz w:val="24"/>
          <w:lang w:val="fr-FR"/>
        </w:rPr>
        <w:t xml:space="preserve">Plan d'Entraînement de </w:t>
      </w:r>
      <w:proofErr w:type="gramStart"/>
      <w:r w:rsidR="00AD49A0">
        <w:rPr>
          <w:rFonts w:ascii="Arial" w:hAnsi="Arial"/>
          <w:i/>
          <w:sz w:val="24"/>
          <w:lang w:val="fr-FR"/>
        </w:rPr>
        <w:t>Samedi</w:t>
      </w:r>
      <w:proofErr w:type="gramEnd"/>
      <w:r w:rsidR="003E42A9">
        <w:rPr>
          <w:rFonts w:ascii="Arial" w:hAnsi="Arial"/>
          <w:i/>
          <w:sz w:val="24"/>
          <w:lang w:val="fr-FR"/>
        </w:rPr>
        <w:t xml:space="preserve"> 1</w:t>
      </w:r>
      <w:r w:rsidR="00AD49A0">
        <w:rPr>
          <w:rFonts w:ascii="Arial" w:hAnsi="Arial"/>
          <w:i/>
          <w:sz w:val="24"/>
          <w:lang w:val="fr-FR"/>
        </w:rPr>
        <w:t>2</w:t>
      </w:r>
      <w:r w:rsidR="00352295">
        <w:rPr>
          <w:rFonts w:ascii="Arial" w:hAnsi="Arial"/>
          <w:i/>
          <w:sz w:val="24"/>
          <w:lang w:val="fr-FR"/>
        </w:rPr>
        <w:t xml:space="preserve"> </w:t>
      </w:r>
      <w:proofErr w:type="gramStart"/>
      <w:r w:rsidR="00352295">
        <w:rPr>
          <w:rFonts w:ascii="Arial" w:hAnsi="Arial"/>
          <w:i/>
          <w:sz w:val="24"/>
          <w:lang w:val="fr-FR"/>
        </w:rPr>
        <w:t>Septembre</w:t>
      </w:r>
      <w:proofErr w:type="gramEnd"/>
      <w:r w:rsidR="00352295">
        <w:rPr>
          <w:rFonts w:ascii="Arial" w:hAnsi="Arial"/>
          <w:i/>
          <w:sz w:val="24"/>
          <w:lang w:val="fr-FR"/>
        </w:rPr>
        <w:t xml:space="preserve"> 2026</w:t>
      </w:r>
      <w:r w:rsidR="00352295" w:rsidRPr="00E53D4C">
        <w:rPr>
          <w:rFonts w:ascii="Arial" w:hAnsi="Arial"/>
          <w:i/>
          <w:sz w:val="24"/>
          <w:lang w:val="fr-FR"/>
        </w:rPr>
        <w:t xml:space="preserve"> </w:t>
      </w:r>
      <w:r w:rsidRPr="00E53D4C">
        <w:rPr>
          <w:rFonts w:ascii="Arial" w:hAnsi="Arial"/>
          <w:i/>
          <w:sz w:val="24"/>
          <w:lang w:val="fr-FR"/>
        </w:rPr>
        <w:br/>
        <w:t xml:space="preserve">Équipe Senior - Durée : 90 Minutes - Effectif : </w:t>
      </w:r>
      <w:r w:rsidR="003950D2">
        <w:rPr>
          <w:rFonts w:ascii="Arial" w:hAnsi="Arial"/>
          <w:i/>
          <w:sz w:val="24"/>
          <w:lang w:val="fr-FR"/>
        </w:rPr>
        <w:t xml:space="preserve">~ </w:t>
      </w:r>
      <w:r w:rsidR="00AD49A0">
        <w:rPr>
          <w:rFonts w:ascii="Arial" w:hAnsi="Arial"/>
          <w:i/>
          <w:sz w:val="24"/>
          <w:lang w:val="fr-FR"/>
        </w:rPr>
        <w:t>2</w:t>
      </w:r>
      <w:r w:rsidR="00EF5B0C">
        <w:rPr>
          <w:rFonts w:ascii="Arial" w:hAnsi="Arial"/>
          <w:i/>
          <w:sz w:val="24"/>
          <w:lang w:val="fr-FR"/>
        </w:rPr>
        <w:t>0</w:t>
      </w:r>
      <w:r w:rsidRPr="00E53D4C">
        <w:rPr>
          <w:rFonts w:ascii="Arial" w:hAnsi="Arial"/>
          <w:i/>
          <w:sz w:val="24"/>
          <w:lang w:val="fr-FR"/>
        </w:rPr>
        <w:t xml:space="preserve"> joueurs</w:t>
      </w:r>
    </w:p>
    <w:p w14:paraId="66DA1D8F" w14:textId="77777777" w:rsidR="00EF5B0C" w:rsidRDefault="00EF5B0C" w:rsidP="00AA6E08">
      <w:pPr>
        <w:spacing w:after="0"/>
        <w:rPr>
          <w:lang w:val="fr-FR"/>
        </w:rPr>
      </w:pPr>
    </w:p>
    <w:p w14:paraId="563A54EB" w14:textId="1B307376" w:rsidR="004F354E" w:rsidRPr="00596676" w:rsidRDefault="00596676" w:rsidP="004F354E">
      <w:pPr>
        <w:spacing w:after="0"/>
        <w:rPr>
          <w:b/>
          <w:bCs/>
          <w:lang w:val="fr-FR"/>
        </w:rPr>
      </w:pPr>
      <w:r w:rsidRPr="00596676">
        <w:rPr>
          <w:b/>
          <w:bCs/>
          <w:lang w:val="fr-FR"/>
        </w:rPr>
        <w:t>1</w:t>
      </w:r>
      <w:r w:rsidR="004F354E" w:rsidRPr="00596676">
        <w:rPr>
          <w:b/>
          <w:bCs/>
          <w:lang w:val="fr-FR"/>
        </w:rPr>
        <w:t xml:space="preserve">0 </w:t>
      </w:r>
      <w:proofErr w:type="gramStart"/>
      <w:r w:rsidR="004F354E" w:rsidRPr="00596676">
        <w:rPr>
          <w:b/>
          <w:bCs/>
          <w:lang w:val="fr-FR"/>
        </w:rPr>
        <w:t>min:</w:t>
      </w:r>
      <w:proofErr w:type="gramEnd"/>
      <w:r w:rsidR="004F354E" w:rsidRPr="00596676">
        <w:rPr>
          <w:b/>
          <w:bCs/>
          <w:lang w:val="fr-FR"/>
        </w:rPr>
        <w:t xml:space="preserve"> </w:t>
      </w:r>
      <w:proofErr w:type="gramStart"/>
      <w:r w:rsidR="004F354E" w:rsidRPr="00596676">
        <w:rPr>
          <w:b/>
          <w:bCs/>
          <w:lang w:val="fr-FR"/>
        </w:rPr>
        <w:t>Echauffement:</w:t>
      </w:r>
      <w:proofErr w:type="gramEnd"/>
    </w:p>
    <w:p w14:paraId="16D8985C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Exercice d'arrachage de </w:t>
      </w:r>
      <w:proofErr w:type="gramStart"/>
      <w:r w:rsidRPr="004F354E">
        <w:rPr>
          <w:lang w:val="fr-FR"/>
        </w:rPr>
        <w:t>ballon:</w:t>
      </w:r>
      <w:proofErr w:type="gramEnd"/>
      <w:r w:rsidRPr="004F354E">
        <w:rPr>
          <w:lang w:val="fr-FR"/>
        </w:rPr>
        <w:t xml:space="preserve"> 1 VS 2 en 30 </w:t>
      </w:r>
      <w:proofErr w:type="gramStart"/>
      <w:r w:rsidRPr="004F354E">
        <w:rPr>
          <w:lang w:val="fr-FR"/>
        </w:rPr>
        <w:t>sec</w:t>
      </w:r>
      <w:proofErr w:type="gramEnd"/>
      <w:r w:rsidRPr="004F354E">
        <w:rPr>
          <w:lang w:val="fr-FR"/>
        </w:rPr>
        <w:t>. * 3</w:t>
      </w:r>
    </w:p>
    <w:p w14:paraId="0E59C4DC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Course en ligne sur largeur du terrain - 5 m de large - par 4. </w:t>
      </w:r>
      <w:proofErr w:type="gramStart"/>
      <w:r w:rsidRPr="004F354E">
        <w:rPr>
          <w:lang w:val="fr-FR"/>
        </w:rPr>
        <w:t>Mouvements:</w:t>
      </w:r>
      <w:proofErr w:type="gramEnd"/>
    </w:p>
    <w:p w14:paraId="24E1F1AF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       - Passe-passe-croisé -passe-croisé-passe-croisé ...</w:t>
      </w:r>
    </w:p>
    <w:p w14:paraId="0B017E2D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       - Passe-sautée-passe-sautée-passe- ... changer de place en bout de ligne.</w:t>
      </w:r>
    </w:p>
    <w:p w14:paraId="53522F48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        - Passe-passe-redoublé-passe-passe-redoublé-passe-passe-redoublé ... changer en milieu de ligne</w:t>
      </w:r>
    </w:p>
    <w:p w14:paraId="12ECBA12" w14:textId="77777777" w:rsidR="004F354E" w:rsidRPr="004F354E" w:rsidRDefault="004F354E" w:rsidP="004F354E">
      <w:pPr>
        <w:spacing w:after="0"/>
        <w:rPr>
          <w:lang w:val="fr-FR"/>
        </w:rPr>
      </w:pPr>
    </w:p>
    <w:p w14:paraId="1EAB0102" w14:textId="77777777" w:rsidR="004F354E" w:rsidRPr="00596676" w:rsidRDefault="004F354E" w:rsidP="004F354E">
      <w:pPr>
        <w:spacing w:after="0"/>
        <w:rPr>
          <w:b/>
          <w:bCs/>
          <w:lang w:val="fr-FR"/>
        </w:rPr>
      </w:pPr>
      <w:r w:rsidRPr="00596676">
        <w:rPr>
          <w:b/>
          <w:bCs/>
          <w:lang w:val="fr-FR"/>
        </w:rPr>
        <w:t xml:space="preserve">20 </w:t>
      </w:r>
      <w:proofErr w:type="gramStart"/>
      <w:r w:rsidRPr="00596676">
        <w:rPr>
          <w:b/>
          <w:bCs/>
          <w:lang w:val="fr-FR"/>
        </w:rPr>
        <w:t>min:</w:t>
      </w:r>
      <w:proofErr w:type="gramEnd"/>
      <w:r w:rsidRPr="00596676">
        <w:rPr>
          <w:b/>
          <w:bCs/>
          <w:lang w:val="fr-FR"/>
        </w:rPr>
        <w:t xml:space="preserve"> Sprint et passe</w:t>
      </w:r>
    </w:p>
    <w:p w14:paraId="2152739C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. Un porteur de ballon cours avec 2 supports de part et </w:t>
      </w:r>
      <w:proofErr w:type="gramStart"/>
      <w:r w:rsidRPr="004F354E">
        <w:rPr>
          <w:lang w:val="fr-FR"/>
        </w:rPr>
        <w:t>d'autre(</w:t>
      </w:r>
      <w:proofErr w:type="gramEnd"/>
      <w:r w:rsidRPr="004F354E">
        <w:rPr>
          <w:lang w:val="fr-FR"/>
        </w:rPr>
        <w:t xml:space="preserve">droite et gauche) 5 m en </w:t>
      </w:r>
      <w:proofErr w:type="gramStart"/>
      <w:r w:rsidRPr="004F354E">
        <w:rPr>
          <w:lang w:val="fr-FR"/>
        </w:rPr>
        <w:t>retrait .</w:t>
      </w:r>
      <w:proofErr w:type="gramEnd"/>
      <w:r w:rsidRPr="004F354E">
        <w:rPr>
          <w:lang w:val="fr-FR"/>
        </w:rPr>
        <w:t xml:space="preserve"> Sprint, passe à pleine vitesse à droite ou </w:t>
      </w:r>
      <w:proofErr w:type="spellStart"/>
      <w:r w:rsidRPr="004F354E">
        <w:rPr>
          <w:lang w:val="fr-FR"/>
        </w:rPr>
        <w:t>a</w:t>
      </w:r>
      <w:proofErr w:type="spellEnd"/>
      <w:r w:rsidRPr="004F354E">
        <w:rPr>
          <w:lang w:val="fr-FR"/>
        </w:rPr>
        <w:t xml:space="preserve"> gauche (choix du porteur). Une seule passe autorisée.</w:t>
      </w:r>
    </w:p>
    <w:p w14:paraId="7329DEE4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. Ajouter un chasseur qui part </w:t>
      </w:r>
      <w:proofErr w:type="spellStart"/>
      <w:r w:rsidRPr="004F354E">
        <w:rPr>
          <w:lang w:val="fr-FR"/>
        </w:rPr>
        <w:t>derriere</w:t>
      </w:r>
      <w:proofErr w:type="spellEnd"/>
      <w:r w:rsidRPr="004F354E">
        <w:rPr>
          <w:lang w:val="fr-FR"/>
        </w:rPr>
        <w:t xml:space="preserve"> le porteur, </w:t>
      </w:r>
      <w:proofErr w:type="spellStart"/>
      <w:r w:rsidRPr="004F354E">
        <w:rPr>
          <w:lang w:val="fr-FR"/>
        </w:rPr>
        <w:t>meme</w:t>
      </w:r>
      <w:proofErr w:type="spellEnd"/>
      <w:r w:rsidRPr="004F354E">
        <w:rPr>
          <w:lang w:val="fr-FR"/>
        </w:rPr>
        <w:t xml:space="preserve"> hauteur que le 2 supports</w:t>
      </w:r>
    </w:p>
    <w:p w14:paraId="2858CC03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. Ajouter un </w:t>
      </w:r>
      <w:proofErr w:type="spellStart"/>
      <w:r w:rsidRPr="004F354E">
        <w:rPr>
          <w:lang w:val="fr-FR"/>
        </w:rPr>
        <w:t>defenseur</w:t>
      </w:r>
      <w:proofErr w:type="spellEnd"/>
      <w:r w:rsidRPr="004F354E">
        <w:rPr>
          <w:lang w:val="fr-FR"/>
        </w:rPr>
        <w:t>, face au porteur, départ depuis la ligne d'arrivée.</w:t>
      </w:r>
    </w:p>
    <w:p w14:paraId="71975A3D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Séparer en 3 </w:t>
      </w:r>
      <w:proofErr w:type="gramStart"/>
      <w:r w:rsidRPr="004F354E">
        <w:rPr>
          <w:lang w:val="fr-FR"/>
        </w:rPr>
        <w:t>catégories:</w:t>
      </w:r>
      <w:proofErr w:type="gramEnd"/>
    </w:p>
    <w:p w14:paraId="566DDD7B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- 1er et 2me ligne ; distance de </w:t>
      </w:r>
      <w:proofErr w:type="gramStart"/>
      <w:r w:rsidRPr="004F354E">
        <w:rPr>
          <w:lang w:val="fr-FR"/>
        </w:rPr>
        <w:t>course:</w:t>
      </w:r>
      <w:proofErr w:type="gramEnd"/>
      <w:r w:rsidRPr="004F354E">
        <w:rPr>
          <w:lang w:val="fr-FR"/>
        </w:rPr>
        <w:t xml:space="preserve"> 20 m, passe de 3 m de large</w:t>
      </w:r>
    </w:p>
    <w:p w14:paraId="4FD69352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Centres et 3me </w:t>
      </w:r>
      <w:proofErr w:type="gramStart"/>
      <w:r w:rsidRPr="004F354E">
        <w:rPr>
          <w:lang w:val="fr-FR"/>
        </w:rPr>
        <w:t>lignes;</w:t>
      </w:r>
      <w:proofErr w:type="gramEnd"/>
      <w:r w:rsidRPr="004F354E">
        <w:rPr>
          <w:lang w:val="fr-FR"/>
        </w:rPr>
        <w:t xml:space="preserve"> distance de </w:t>
      </w:r>
      <w:proofErr w:type="gramStart"/>
      <w:r w:rsidRPr="004F354E">
        <w:rPr>
          <w:lang w:val="fr-FR"/>
        </w:rPr>
        <w:t>course:</w:t>
      </w:r>
      <w:proofErr w:type="gramEnd"/>
      <w:r w:rsidRPr="004F354E">
        <w:rPr>
          <w:lang w:val="fr-FR"/>
        </w:rPr>
        <w:t xml:space="preserve"> 30 m, passe de 5 m de large</w:t>
      </w:r>
    </w:p>
    <w:p w14:paraId="75DE903F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Demis, ailiers et </w:t>
      </w:r>
      <w:proofErr w:type="gramStart"/>
      <w:r w:rsidRPr="004F354E">
        <w:rPr>
          <w:lang w:val="fr-FR"/>
        </w:rPr>
        <w:t>arrières:</w:t>
      </w:r>
      <w:proofErr w:type="gramEnd"/>
      <w:r w:rsidRPr="004F354E">
        <w:rPr>
          <w:lang w:val="fr-FR"/>
        </w:rPr>
        <w:t xml:space="preserve"> distance de </w:t>
      </w:r>
      <w:proofErr w:type="gramStart"/>
      <w:r w:rsidRPr="004F354E">
        <w:rPr>
          <w:lang w:val="fr-FR"/>
        </w:rPr>
        <w:t>course:</w:t>
      </w:r>
      <w:proofErr w:type="gramEnd"/>
      <w:r w:rsidRPr="004F354E">
        <w:rPr>
          <w:lang w:val="fr-FR"/>
        </w:rPr>
        <w:t xml:space="preserve"> 40 m, passe de 7 m de large</w:t>
      </w:r>
    </w:p>
    <w:p w14:paraId="7650AA75" w14:textId="77777777" w:rsidR="004F354E" w:rsidRPr="004F354E" w:rsidRDefault="004F354E" w:rsidP="004F354E">
      <w:pPr>
        <w:spacing w:after="0"/>
        <w:rPr>
          <w:lang w:val="fr-FR"/>
        </w:rPr>
      </w:pPr>
    </w:p>
    <w:p w14:paraId="0FA84829" w14:textId="77777777" w:rsidR="004F354E" w:rsidRPr="00596676" w:rsidRDefault="004F354E" w:rsidP="004F354E">
      <w:pPr>
        <w:spacing w:after="0"/>
        <w:rPr>
          <w:b/>
          <w:bCs/>
          <w:lang w:val="fr-FR"/>
        </w:rPr>
      </w:pPr>
      <w:r w:rsidRPr="00596676">
        <w:rPr>
          <w:b/>
          <w:bCs/>
          <w:lang w:val="fr-FR"/>
        </w:rPr>
        <w:t xml:space="preserve">20 </w:t>
      </w:r>
      <w:proofErr w:type="gramStart"/>
      <w:r w:rsidRPr="00596676">
        <w:rPr>
          <w:b/>
          <w:bCs/>
          <w:lang w:val="fr-FR"/>
        </w:rPr>
        <w:t>min:</w:t>
      </w:r>
      <w:proofErr w:type="gramEnd"/>
      <w:r w:rsidRPr="00596676">
        <w:rPr>
          <w:b/>
          <w:bCs/>
          <w:lang w:val="fr-FR"/>
        </w:rPr>
        <w:t xml:space="preserve"> Séparé</w:t>
      </w:r>
    </w:p>
    <w:p w14:paraId="45E517E6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</w:t>
      </w:r>
      <w:proofErr w:type="spellStart"/>
      <w:proofErr w:type="gramStart"/>
      <w:r w:rsidRPr="004F354E">
        <w:rPr>
          <w:lang w:val="fr-FR"/>
        </w:rPr>
        <w:t>Avants:Travailler</w:t>
      </w:r>
      <w:proofErr w:type="spellEnd"/>
      <w:proofErr w:type="gramEnd"/>
      <w:r w:rsidRPr="004F354E">
        <w:rPr>
          <w:lang w:val="fr-FR"/>
        </w:rPr>
        <w:t xml:space="preserve"> la coordination pour </w:t>
      </w:r>
      <w:proofErr w:type="spellStart"/>
      <w:r w:rsidRPr="004F354E">
        <w:rPr>
          <w:lang w:val="fr-FR"/>
        </w:rPr>
        <w:t>execution</w:t>
      </w:r>
      <w:proofErr w:type="spellEnd"/>
      <w:r w:rsidRPr="004F354E">
        <w:rPr>
          <w:lang w:val="fr-FR"/>
        </w:rPr>
        <w:t xml:space="preserve"> rapide.</w:t>
      </w:r>
    </w:p>
    <w:p w14:paraId="00D2A594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         - </w:t>
      </w:r>
      <w:proofErr w:type="spellStart"/>
      <w:proofErr w:type="gramStart"/>
      <w:r w:rsidRPr="004F354E">
        <w:rPr>
          <w:lang w:val="fr-FR"/>
        </w:rPr>
        <w:t>Mélée</w:t>
      </w:r>
      <w:proofErr w:type="spellEnd"/>
      <w:r w:rsidRPr="004F354E">
        <w:rPr>
          <w:lang w:val="fr-FR"/>
        </w:rPr>
        <w:t>:</w:t>
      </w:r>
      <w:proofErr w:type="gramEnd"/>
      <w:r w:rsidRPr="004F354E">
        <w:rPr>
          <w:lang w:val="fr-FR"/>
        </w:rPr>
        <w:t xml:space="preserve"> introduction et </w:t>
      </w:r>
      <w:proofErr w:type="spellStart"/>
      <w:r w:rsidRPr="004F354E">
        <w:rPr>
          <w:lang w:val="fr-FR"/>
        </w:rPr>
        <w:t>ejection</w:t>
      </w:r>
      <w:proofErr w:type="spellEnd"/>
      <w:r w:rsidRPr="004F354E">
        <w:rPr>
          <w:lang w:val="fr-FR"/>
        </w:rPr>
        <w:t xml:space="preserve"> rapide, avec 8 qui soulève</w:t>
      </w:r>
    </w:p>
    <w:p w14:paraId="2C26DC22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         - </w:t>
      </w:r>
      <w:proofErr w:type="gramStart"/>
      <w:r w:rsidRPr="004F354E">
        <w:rPr>
          <w:lang w:val="fr-FR"/>
        </w:rPr>
        <w:t>Touche:</w:t>
      </w:r>
      <w:proofErr w:type="gramEnd"/>
      <w:r w:rsidRPr="004F354E">
        <w:rPr>
          <w:lang w:val="fr-FR"/>
        </w:rPr>
        <w:t xml:space="preserve"> Maul pénétrant à la descente  </w:t>
      </w:r>
    </w:p>
    <w:p w14:paraId="69D7D520" w14:textId="36348C61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</w:t>
      </w:r>
      <w:proofErr w:type="gramStart"/>
      <w:r w:rsidRPr="004F354E">
        <w:rPr>
          <w:lang w:val="fr-FR"/>
        </w:rPr>
        <w:t>Arrière</w:t>
      </w:r>
      <w:r w:rsidR="00AD49A0">
        <w:rPr>
          <w:lang w:val="fr-FR"/>
        </w:rPr>
        <w:t>s</w:t>
      </w:r>
      <w:r w:rsidRPr="004F354E">
        <w:rPr>
          <w:lang w:val="fr-FR"/>
        </w:rPr>
        <w:t>:</w:t>
      </w:r>
      <w:proofErr w:type="gramEnd"/>
    </w:p>
    <w:p w14:paraId="18180AA0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        - </w:t>
      </w:r>
      <w:proofErr w:type="spellStart"/>
      <w:proofErr w:type="gramStart"/>
      <w:r w:rsidRPr="004F354E">
        <w:rPr>
          <w:lang w:val="fr-FR"/>
        </w:rPr>
        <w:t>Defense</w:t>
      </w:r>
      <w:proofErr w:type="spellEnd"/>
      <w:r w:rsidRPr="004F354E">
        <w:rPr>
          <w:lang w:val="fr-FR"/>
        </w:rPr>
        <w:t>:</w:t>
      </w:r>
      <w:proofErr w:type="gramEnd"/>
      <w:r w:rsidRPr="004F354E">
        <w:rPr>
          <w:lang w:val="fr-FR"/>
        </w:rPr>
        <w:t xml:space="preserve"> Ruch </w:t>
      </w:r>
      <w:proofErr w:type="spellStart"/>
      <w:r w:rsidRPr="004F354E">
        <w:rPr>
          <w:lang w:val="fr-FR"/>
        </w:rPr>
        <w:t>defense</w:t>
      </w:r>
      <w:proofErr w:type="spellEnd"/>
      <w:r w:rsidRPr="004F354E">
        <w:rPr>
          <w:lang w:val="fr-FR"/>
        </w:rPr>
        <w:t xml:space="preserve"> en inversé (couper les extérieurs) + couverture profonde </w:t>
      </w:r>
      <w:proofErr w:type="spellStart"/>
      <w:r w:rsidRPr="004F354E">
        <w:rPr>
          <w:lang w:val="fr-FR"/>
        </w:rPr>
        <w:t>arriere</w:t>
      </w:r>
      <w:proofErr w:type="spellEnd"/>
      <w:r w:rsidRPr="004F354E">
        <w:rPr>
          <w:lang w:val="fr-FR"/>
        </w:rPr>
        <w:t xml:space="preserve"> / ailier à </w:t>
      </w:r>
      <w:proofErr w:type="spellStart"/>
      <w:r w:rsidRPr="004F354E">
        <w:rPr>
          <w:lang w:val="fr-FR"/>
        </w:rPr>
        <w:t>adapater</w:t>
      </w:r>
      <w:proofErr w:type="spellEnd"/>
    </w:p>
    <w:p w14:paraId="6D5C5DC2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         - </w:t>
      </w:r>
      <w:proofErr w:type="gramStart"/>
      <w:r w:rsidRPr="004F354E">
        <w:rPr>
          <w:lang w:val="fr-FR"/>
        </w:rPr>
        <w:t>Attaque:</w:t>
      </w:r>
      <w:proofErr w:type="gramEnd"/>
      <w:r w:rsidRPr="004F354E">
        <w:rPr>
          <w:lang w:val="fr-FR"/>
        </w:rPr>
        <w:t xml:space="preserve"> franchissement ligne avantage par course rentrante (15 ou ailier petit </w:t>
      </w:r>
      <w:proofErr w:type="spellStart"/>
      <w:r w:rsidRPr="004F354E">
        <w:rPr>
          <w:lang w:val="fr-FR"/>
        </w:rPr>
        <w:t>coté</w:t>
      </w:r>
      <w:proofErr w:type="spellEnd"/>
      <w:r w:rsidRPr="004F354E">
        <w:rPr>
          <w:lang w:val="fr-FR"/>
        </w:rPr>
        <w:t xml:space="preserve">) ou coup de pied tactique si pas de </w:t>
      </w:r>
      <w:proofErr w:type="spellStart"/>
      <w:r w:rsidRPr="004F354E">
        <w:rPr>
          <w:lang w:val="fr-FR"/>
        </w:rPr>
        <w:t>décallage</w:t>
      </w:r>
      <w:proofErr w:type="spellEnd"/>
    </w:p>
    <w:p w14:paraId="0B85E02E" w14:textId="77777777" w:rsidR="004F354E" w:rsidRPr="004F354E" w:rsidRDefault="004F354E" w:rsidP="004F354E">
      <w:pPr>
        <w:spacing w:after="0"/>
        <w:rPr>
          <w:lang w:val="fr-FR"/>
        </w:rPr>
      </w:pPr>
    </w:p>
    <w:p w14:paraId="29F5EC33" w14:textId="64CBADAE" w:rsidR="004F354E" w:rsidRPr="00596676" w:rsidRDefault="00596676" w:rsidP="004F354E">
      <w:pPr>
        <w:spacing w:after="0"/>
        <w:rPr>
          <w:b/>
          <w:bCs/>
          <w:lang w:val="fr-FR"/>
        </w:rPr>
      </w:pPr>
      <w:r w:rsidRPr="00596676">
        <w:rPr>
          <w:b/>
          <w:bCs/>
          <w:lang w:val="fr-FR"/>
        </w:rPr>
        <w:t>4</w:t>
      </w:r>
      <w:r w:rsidR="004F354E" w:rsidRPr="00596676">
        <w:rPr>
          <w:b/>
          <w:bCs/>
          <w:lang w:val="fr-FR"/>
        </w:rPr>
        <w:t xml:space="preserve">0 </w:t>
      </w:r>
      <w:proofErr w:type="gramStart"/>
      <w:r w:rsidR="004F354E" w:rsidRPr="00596676">
        <w:rPr>
          <w:b/>
          <w:bCs/>
          <w:lang w:val="fr-FR"/>
        </w:rPr>
        <w:t>min:</w:t>
      </w:r>
      <w:proofErr w:type="gramEnd"/>
      <w:r w:rsidR="004F354E" w:rsidRPr="00596676">
        <w:rPr>
          <w:b/>
          <w:bCs/>
          <w:lang w:val="fr-FR"/>
        </w:rPr>
        <w:t xml:space="preserve"> Mise en place</w:t>
      </w:r>
    </w:p>
    <w:p w14:paraId="5A732FCD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- 10 min/ tableau </w:t>
      </w:r>
      <w:proofErr w:type="gramStart"/>
      <w:r w:rsidRPr="004F354E">
        <w:rPr>
          <w:lang w:val="fr-FR"/>
        </w:rPr>
        <w:t>noir:</w:t>
      </w:r>
      <w:proofErr w:type="gramEnd"/>
      <w:r w:rsidRPr="004F354E">
        <w:rPr>
          <w:lang w:val="fr-FR"/>
        </w:rPr>
        <w:t xml:space="preserve"> explication du collectif - </w:t>
      </w:r>
      <w:proofErr w:type="spellStart"/>
      <w:r w:rsidRPr="004F354E">
        <w:rPr>
          <w:lang w:val="fr-FR"/>
        </w:rPr>
        <w:t>re-placements</w:t>
      </w:r>
      <w:proofErr w:type="spellEnd"/>
      <w:r w:rsidRPr="004F354E">
        <w:rPr>
          <w:lang w:val="fr-FR"/>
        </w:rPr>
        <w:t xml:space="preserve"> et couvertures</w:t>
      </w:r>
    </w:p>
    <w:p w14:paraId="0FFDAC0F" w14:textId="77777777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- 10 </w:t>
      </w:r>
      <w:proofErr w:type="gramStart"/>
      <w:r w:rsidRPr="004F354E">
        <w:rPr>
          <w:lang w:val="fr-FR"/>
        </w:rPr>
        <w:t>min:</w:t>
      </w:r>
      <w:proofErr w:type="gramEnd"/>
      <w:r w:rsidRPr="004F354E">
        <w:rPr>
          <w:lang w:val="fr-FR"/>
        </w:rPr>
        <w:t xml:space="preserve"> </w:t>
      </w:r>
      <w:proofErr w:type="gramStart"/>
      <w:r w:rsidRPr="004F354E">
        <w:rPr>
          <w:lang w:val="fr-FR"/>
        </w:rPr>
        <w:t>combinaison  sortie</w:t>
      </w:r>
      <w:proofErr w:type="gramEnd"/>
      <w:r w:rsidRPr="004F354E">
        <w:rPr>
          <w:lang w:val="fr-FR"/>
        </w:rPr>
        <w:t xml:space="preserve"> de </w:t>
      </w:r>
      <w:proofErr w:type="spellStart"/>
      <w:r w:rsidRPr="004F354E">
        <w:rPr>
          <w:lang w:val="fr-FR"/>
        </w:rPr>
        <w:t>mélée</w:t>
      </w:r>
      <w:proofErr w:type="spellEnd"/>
      <w:r w:rsidRPr="004F354E">
        <w:rPr>
          <w:lang w:val="fr-FR"/>
        </w:rPr>
        <w:t xml:space="preserve"> à 15 m à </w:t>
      </w:r>
      <w:proofErr w:type="gramStart"/>
      <w:r w:rsidRPr="004F354E">
        <w:rPr>
          <w:lang w:val="fr-FR"/>
        </w:rPr>
        <w:t>gauche:</w:t>
      </w:r>
      <w:proofErr w:type="gramEnd"/>
      <w:r w:rsidRPr="004F354E">
        <w:rPr>
          <w:lang w:val="fr-FR"/>
        </w:rPr>
        <w:t xml:space="preserve"> départ 8 ou 9 en travers croise </w:t>
      </w:r>
      <w:proofErr w:type="gramStart"/>
      <w:r w:rsidRPr="004F354E">
        <w:rPr>
          <w:lang w:val="fr-FR"/>
        </w:rPr>
        <w:t>avec  14</w:t>
      </w:r>
      <w:proofErr w:type="gramEnd"/>
      <w:r w:rsidRPr="004F354E">
        <w:rPr>
          <w:lang w:val="fr-FR"/>
        </w:rPr>
        <w:t xml:space="preserve"> , recroise </w:t>
      </w:r>
      <w:proofErr w:type="gramStart"/>
      <w:r w:rsidRPr="004F354E">
        <w:rPr>
          <w:lang w:val="fr-FR"/>
        </w:rPr>
        <w:t>avec  8</w:t>
      </w:r>
      <w:proofErr w:type="gramEnd"/>
      <w:r w:rsidRPr="004F354E">
        <w:rPr>
          <w:lang w:val="fr-FR"/>
        </w:rPr>
        <w:t xml:space="preserve"> ou 9, puis jeu 7 </w:t>
      </w:r>
      <w:proofErr w:type="gramStart"/>
      <w:r w:rsidRPr="004F354E">
        <w:rPr>
          <w:lang w:val="fr-FR"/>
        </w:rPr>
        <w:t>ou  6</w:t>
      </w:r>
      <w:proofErr w:type="gramEnd"/>
      <w:r w:rsidRPr="004F354E">
        <w:rPr>
          <w:lang w:val="fr-FR"/>
        </w:rPr>
        <w:t xml:space="preserve"> dans le dos de la défense.</w:t>
      </w:r>
    </w:p>
    <w:p w14:paraId="11BE7419" w14:textId="567D4174" w:rsidR="004F354E" w:rsidRPr="004F354E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- </w:t>
      </w:r>
      <w:r w:rsidR="00596676">
        <w:rPr>
          <w:lang w:val="fr-FR"/>
        </w:rPr>
        <w:t>2</w:t>
      </w:r>
      <w:r w:rsidRPr="004F354E">
        <w:rPr>
          <w:lang w:val="fr-FR"/>
        </w:rPr>
        <w:t xml:space="preserve">0 </w:t>
      </w:r>
      <w:proofErr w:type="gramStart"/>
      <w:r w:rsidRPr="004F354E">
        <w:rPr>
          <w:lang w:val="fr-FR"/>
        </w:rPr>
        <w:t>min:</w:t>
      </w:r>
      <w:proofErr w:type="gramEnd"/>
      <w:r w:rsidRPr="004F354E">
        <w:rPr>
          <w:lang w:val="fr-FR"/>
        </w:rPr>
        <w:t xml:space="preserve"> Plan de jeu départ Touche.</w:t>
      </w:r>
    </w:p>
    <w:p w14:paraId="5278A2D8" w14:textId="77777777" w:rsidR="004F354E" w:rsidRPr="004F354E" w:rsidRDefault="004F354E" w:rsidP="004F354E">
      <w:pPr>
        <w:spacing w:after="0"/>
        <w:rPr>
          <w:lang w:val="fr-FR"/>
        </w:rPr>
      </w:pPr>
    </w:p>
    <w:p w14:paraId="75F9A7B0" w14:textId="790C2869" w:rsidR="009D0394" w:rsidRDefault="004F354E" w:rsidP="004F354E">
      <w:pPr>
        <w:spacing w:after="0"/>
        <w:rPr>
          <w:lang w:val="fr-FR"/>
        </w:rPr>
      </w:pPr>
      <w:r w:rsidRPr="004F354E">
        <w:rPr>
          <w:lang w:val="fr-FR"/>
        </w:rPr>
        <w:t xml:space="preserve">Variable d'ajustement du </w:t>
      </w:r>
      <w:proofErr w:type="gramStart"/>
      <w:r w:rsidRPr="004F354E">
        <w:rPr>
          <w:lang w:val="fr-FR"/>
        </w:rPr>
        <w:t>temps:</w:t>
      </w:r>
      <w:proofErr w:type="gramEnd"/>
      <w:r w:rsidRPr="004F354E">
        <w:rPr>
          <w:lang w:val="fr-FR"/>
        </w:rPr>
        <w:t xml:space="preserve"> le séparé</w:t>
      </w:r>
      <w:r w:rsidR="009D0394">
        <w:rPr>
          <w:lang w:val="fr-FR"/>
        </w:rPr>
        <w:br w:type="page"/>
      </w:r>
    </w:p>
    <w:p w14:paraId="386C88AD" w14:textId="77777777" w:rsidR="0041485F" w:rsidRPr="00E53D4C" w:rsidRDefault="0041485F" w:rsidP="00953F61">
      <w:pPr>
        <w:spacing w:after="0"/>
        <w:ind w:firstLine="720"/>
        <w:rPr>
          <w:lang w:val="fr-FR"/>
        </w:rPr>
      </w:pPr>
    </w:p>
    <w:p w14:paraId="52ED72C8" w14:textId="6B8D1F9C" w:rsidR="00FA1144" w:rsidRDefault="00FA1144" w:rsidP="0047340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1E9AEE0A" w14:textId="77777777" w:rsidR="00473400" w:rsidRDefault="00DA216C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Intro : </w:t>
      </w:r>
    </w:p>
    <w:p w14:paraId="618FFE65" w14:textId="77777777" w:rsidR="00473400" w:rsidRDefault="00FA1144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73400">
        <w:rPr>
          <w:rFonts w:ascii="Arial" w:hAnsi="Arial"/>
          <w:b/>
          <w:color w:val="003366"/>
          <w:sz w:val="32"/>
          <w:lang w:val="fr-FR"/>
        </w:rPr>
        <w:t>Welcome des nouveaux joueurs.</w:t>
      </w:r>
    </w:p>
    <w:p w14:paraId="0930AB96" w14:textId="361A6368" w:rsidR="00473400" w:rsidRDefault="00473400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Programme session</w:t>
      </w:r>
    </w:p>
    <w:p w14:paraId="3FD567FB" w14:textId="0F4ECEB0" w:rsidR="00A40342" w:rsidRDefault="00A40342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News d’Alex</w:t>
      </w:r>
    </w:p>
    <w:p w14:paraId="02418920" w14:textId="0ADA4F16" w:rsidR="004521EA" w:rsidRDefault="00A40342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Revenir sur les </w:t>
      </w:r>
      <w:proofErr w:type="spellStart"/>
      <w:r>
        <w:rPr>
          <w:rFonts w:ascii="Arial" w:hAnsi="Arial"/>
          <w:b/>
          <w:color w:val="003366"/>
          <w:sz w:val="32"/>
          <w:lang w:val="fr-FR"/>
        </w:rPr>
        <w:t>popotages</w:t>
      </w:r>
      <w:proofErr w:type="spellEnd"/>
      <w:r>
        <w:rPr>
          <w:rFonts w:ascii="Arial" w:hAnsi="Arial"/>
          <w:b/>
          <w:color w:val="003366"/>
          <w:sz w:val="32"/>
          <w:lang w:val="fr-FR"/>
        </w:rPr>
        <w:t xml:space="preserve"> – bonne</w:t>
      </w:r>
      <w:r w:rsidR="00844637">
        <w:rPr>
          <w:rFonts w:ascii="Arial" w:hAnsi="Arial"/>
          <w:b/>
          <w:color w:val="003366"/>
          <w:sz w:val="32"/>
          <w:lang w:val="fr-FR"/>
        </w:rPr>
        <w:t>s</w:t>
      </w:r>
      <w:r>
        <w:rPr>
          <w:rFonts w:ascii="Arial" w:hAnsi="Arial"/>
          <w:b/>
          <w:color w:val="003366"/>
          <w:sz w:val="32"/>
          <w:lang w:val="fr-FR"/>
        </w:rPr>
        <w:t xml:space="preserve"> intention</w:t>
      </w:r>
      <w:r w:rsidR="00844637">
        <w:rPr>
          <w:rFonts w:ascii="Arial" w:hAnsi="Arial"/>
          <w:b/>
          <w:color w:val="003366"/>
          <w:sz w:val="32"/>
          <w:lang w:val="fr-FR"/>
        </w:rPr>
        <w:t>s</w:t>
      </w:r>
      <w:r w:rsidR="009C2DB3">
        <w:rPr>
          <w:rFonts w:ascii="Arial" w:hAnsi="Arial"/>
          <w:b/>
          <w:color w:val="003366"/>
          <w:sz w:val="32"/>
          <w:lang w:val="fr-FR"/>
        </w:rPr>
        <w:t xml:space="preserve"> (merci)</w:t>
      </w:r>
      <w:r>
        <w:rPr>
          <w:rFonts w:ascii="Arial" w:hAnsi="Arial"/>
          <w:b/>
          <w:color w:val="003366"/>
          <w:sz w:val="32"/>
          <w:lang w:val="fr-FR"/>
        </w:rPr>
        <w:t>, mais</w:t>
      </w:r>
      <w:r w:rsidR="009C2DB3">
        <w:rPr>
          <w:rFonts w:ascii="Arial" w:hAnsi="Arial"/>
          <w:b/>
          <w:color w:val="003366"/>
          <w:sz w:val="32"/>
          <w:lang w:val="fr-FR"/>
        </w:rPr>
        <w:t xml:space="preserve"> 1) à partager avec l’équipe et 2)</w:t>
      </w:r>
      <w:r w:rsidR="00437EEE">
        <w:rPr>
          <w:rFonts w:ascii="Arial" w:hAnsi="Arial"/>
          <w:b/>
          <w:color w:val="003366"/>
          <w:sz w:val="32"/>
          <w:lang w:val="fr-FR"/>
        </w:rPr>
        <w:t xml:space="preserve"> dans le bon </w:t>
      </w:r>
      <w:proofErr w:type="gramStart"/>
      <w:r w:rsidR="00437EEE">
        <w:rPr>
          <w:rFonts w:ascii="Arial" w:hAnsi="Arial"/>
          <w:b/>
          <w:color w:val="003366"/>
          <w:sz w:val="32"/>
          <w:lang w:val="fr-FR"/>
        </w:rPr>
        <w:t>timing</w:t>
      </w:r>
      <w:proofErr w:type="gramEnd"/>
      <w:r w:rsidR="009C2DB3">
        <w:rPr>
          <w:rFonts w:ascii="Arial" w:hAnsi="Arial"/>
          <w:b/>
          <w:color w:val="003366"/>
          <w:sz w:val="32"/>
          <w:lang w:val="fr-FR"/>
        </w:rPr>
        <w:t>.</w:t>
      </w:r>
      <w:r w:rsidR="00437EEE">
        <w:rPr>
          <w:rFonts w:ascii="Arial" w:hAnsi="Arial"/>
          <w:b/>
          <w:color w:val="003366"/>
          <w:sz w:val="32"/>
          <w:lang w:val="fr-FR"/>
        </w:rPr>
        <w:t xml:space="preserve"> </w:t>
      </w:r>
      <w:proofErr w:type="spellStart"/>
      <w:r w:rsidR="00437EEE">
        <w:rPr>
          <w:rFonts w:ascii="Arial" w:hAnsi="Arial"/>
          <w:b/>
          <w:color w:val="003366"/>
          <w:sz w:val="32"/>
          <w:lang w:val="fr-FR"/>
        </w:rPr>
        <w:t>Tolérence</w:t>
      </w:r>
      <w:proofErr w:type="spellEnd"/>
      <w:r w:rsidR="00437EEE">
        <w:rPr>
          <w:rFonts w:ascii="Arial" w:hAnsi="Arial"/>
          <w:b/>
          <w:color w:val="003366"/>
          <w:sz w:val="32"/>
          <w:lang w:val="fr-FR"/>
        </w:rPr>
        <w:t> : les traductions.</w:t>
      </w:r>
    </w:p>
    <w:p w14:paraId="6CBDE431" w14:textId="77777777" w:rsidR="002F37AB" w:rsidRPr="002F37AB" w:rsidRDefault="002F37AB" w:rsidP="002F37AB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3E059A15" w14:textId="77777777" w:rsidR="00473400" w:rsidRDefault="00DA216C" w:rsidP="00EF5B0C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proofErr w:type="spellStart"/>
      <w:r w:rsidRPr="004376F5">
        <w:rPr>
          <w:rFonts w:ascii="Arial" w:hAnsi="Arial"/>
          <w:b/>
          <w:color w:val="003366"/>
          <w:sz w:val="32"/>
          <w:lang w:val="fr-FR"/>
        </w:rPr>
        <w:t>C</w:t>
      </w:r>
      <w:r w:rsidR="00FA1144" w:rsidRPr="004376F5">
        <w:rPr>
          <w:rFonts w:ascii="Arial" w:hAnsi="Arial"/>
          <w:b/>
          <w:color w:val="003366"/>
          <w:sz w:val="32"/>
          <w:lang w:val="fr-FR"/>
        </w:rPr>
        <w:t>losing</w:t>
      </w:r>
      <w:proofErr w:type="spellEnd"/>
      <w:r w:rsidR="00FA1144" w:rsidRPr="004376F5">
        <w:rPr>
          <w:rFonts w:ascii="Arial" w:hAnsi="Arial"/>
          <w:b/>
          <w:color w:val="003366"/>
          <w:sz w:val="32"/>
          <w:lang w:val="fr-FR"/>
        </w:rPr>
        <w:t> :</w:t>
      </w:r>
    </w:p>
    <w:p w14:paraId="6D0DE358" w14:textId="1D62A9BC" w:rsidR="00473400" w:rsidRPr="00A40342" w:rsidRDefault="000C1410" w:rsidP="00A40342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73400">
        <w:rPr>
          <w:rFonts w:ascii="Arial" w:hAnsi="Arial"/>
          <w:b/>
          <w:color w:val="003366"/>
          <w:sz w:val="32"/>
          <w:lang w:val="fr-FR"/>
        </w:rPr>
        <w:t>Souligner les points positifs</w:t>
      </w:r>
    </w:p>
    <w:p w14:paraId="4F188ECC" w14:textId="0C513B26" w:rsidR="00473400" w:rsidRPr="00473400" w:rsidRDefault="00A40342" w:rsidP="00473400">
      <w:pPr>
        <w:pStyle w:val="ListParagraph"/>
        <w:keepNext/>
        <w:numPr>
          <w:ilvl w:val="0"/>
          <w:numId w:val="19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Revenir sur les </w:t>
      </w:r>
      <w:proofErr w:type="spellStart"/>
      <w:r>
        <w:rPr>
          <w:rFonts w:ascii="Arial" w:hAnsi="Arial"/>
          <w:b/>
          <w:color w:val="003366"/>
          <w:sz w:val="32"/>
          <w:lang w:val="fr-FR"/>
        </w:rPr>
        <w:t>learning</w:t>
      </w:r>
      <w:proofErr w:type="spellEnd"/>
      <w:r>
        <w:rPr>
          <w:rFonts w:ascii="Arial" w:hAnsi="Arial"/>
          <w:b/>
          <w:color w:val="003366"/>
          <w:sz w:val="32"/>
          <w:lang w:val="fr-FR"/>
        </w:rPr>
        <w:t xml:space="preserve"> de la </w:t>
      </w:r>
      <w:proofErr w:type="spellStart"/>
      <w:r>
        <w:rPr>
          <w:rFonts w:ascii="Arial" w:hAnsi="Arial"/>
          <w:b/>
          <w:color w:val="003366"/>
          <w:sz w:val="32"/>
          <w:lang w:val="fr-FR"/>
        </w:rPr>
        <w:t>céssion</w:t>
      </w:r>
      <w:proofErr w:type="spellEnd"/>
    </w:p>
    <w:p w14:paraId="7D97C612" w14:textId="60483F02" w:rsidR="002B76DC" w:rsidRPr="000A3CD0" w:rsidRDefault="002B76DC" w:rsidP="000A3CD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sectPr w:rsidR="002B76DC" w:rsidRPr="000A3CD0" w:rsidSect="00A8669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E7363"/>
    <w:multiLevelType w:val="multilevel"/>
    <w:tmpl w:val="C1F2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2201C"/>
    <w:multiLevelType w:val="multilevel"/>
    <w:tmpl w:val="3888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520425"/>
    <w:multiLevelType w:val="multilevel"/>
    <w:tmpl w:val="6AF2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93310"/>
    <w:multiLevelType w:val="multilevel"/>
    <w:tmpl w:val="6E70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7D3F"/>
    <w:multiLevelType w:val="hybridMultilevel"/>
    <w:tmpl w:val="48DA2798"/>
    <w:lvl w:ilvl="0" w:tplc="6D6EB564">
      <w:start w:val="35"/>
      <w:numFmt w:val="decimal"/>
      <w:lvlText w:val="%1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5324A"/>
    <w:multiLevelType w:val="hybridMultilevel"/>
    <w:tmpl w:val="56CC50C4"/>
    <w:lvl w:ilvl="0" w:tplc="9BD01C34">
      <w:start w:val="3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F0E34"/>
    <w:multiLevelType w:val="hybridMultilevel"/>
    <w:tmpl w:val="CC7A0E48"/>
    <w:lvl w:ilvl="0" w:tplc="29A03C90">
      <w:start w:val="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871CE"/>
    <w:multiLevelType w:val="hybridMultilevel"/>
    <w:tmpl w:val="3E48E4C0"/>
    <w:lvl w:ilvl="0" w:tplc="75A47328">
      <w:start w:val="3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F1DB4"/>
    <w:multiLevelType w:val="hybridMultilevel"/>
    <w:tmpl w:val="15BA04D4"/>
    <w:lvl w:ilvl="0" w:tplc="91C83E30">
      <w:start w:val="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782764"/>
    <w:multiLevelType w:val="multilevel"/>
    <w:tmpl w:val="CBA4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339245">
    <w:abstractNumId w:val="8"/>
  </w:num>
  <w:num w:numId="2" w16cid:durableId="221527713">
    <w:abstractNumId w:val="6"/>
  </w:num>
  <w:num w:numId="3" w16cid:durableId="1184175642">
    <w:abstractNumId w:val="5"/>
  </w:num>
  <w:num w:numId="4" w16cid:durableId="664672760">
    <w:abstractNumId w:val="4"/>
  </w:num>
  <w:num w:numId="5" w16cid:durableId="1648051933">
    <w:abstractNumId w:val="7"/>
  </w:num>
  <w:num w:numId="6" w16cid:durableId="1256284677">
    <w:abstractNumId w:val="3"/>
  </w:num>
  <w:num w:numId="7" w16cid:durableId="1118450365">
    <w:abstractNumId w:val="2"/>
  </w:num>
  <w:num w:numId="8" w16cid:durableId="1326592614">
    <w:abstractNumId w:val="1"/>
  </w:num>
  <w:num w:numId="9" w16cid:durableId="1407653212">
    <w:abstractNumId w:val="0"/>
  </w:num>
  <w:num w:numId="10" w16cid:durableId="645165088">
    <w:abstractNumId w:val="10"/>
  </w:num>
  <w:num w:numId="11" w16cid:durableId="1055590460">
    <w:abstractNumId w:val="18"/>
  </w:num>
  <w:num w:numId="12" w16cid:durableId="468666420">
    <w:abstractNumId w:val="9"/>
  </w:num>
  <w:num w:numId="13" w16cid:durableId="1220556857">
    <w:abstractNumId w:val="12"/>
  </w:num>
  <w:num w:numId="14" w16cid:durableId="621033225">
    <w:abstractNumId w:val="11"/>
  </w:num>
  <w:num w:numId="15" w16cid:durableId="1921062748">
    <w:abstractNumId w:val="17"/>
  </w:num>
  <w:num w:numId="16" w16cid:durableId="19481444">
    <w:abstractNumId w:val="15"/>
  </w:num>
  <w:num w:numId="17" w16cid:durableId="684285209">
    <w:abstractNumId w:val="14"/>
  </w:num>
  <w:num w:numId="18" w16cid:durableId="518661643">
    <w:abstractNumId w:val="13"/>
  </w:num>
  <w:num w:numId="19" w16cid:durableId="19967174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559"/>
    <w:rsid w:val="00005DF5"/>
    <w:rsid w:val="00034616"/>
    <w:rsid w:val="00050A44"/>
    <w:rsid w:val="00057B46"/>
    <w:rsid w:val="0006063C"/>
    <w:rsid w:val="00063F2A"/>
    <w:rsid w:val="00075683"/>
    <w:rsid w:val="000804A3"/>
    <w:rsid w:val="00096A6A"/>
    <w:rsid w:val="000A0AA3"/>
    <w:rsid w:val="000A3CD0"/>
    <w:rsid w:val="000B414C"/>
    <w:rsid w:val="000C1410"/>
    <w:rsid w:val="000C28A9"/>
    <w:rsid w:val="000D1A25"/>
    <w:rsid w:val="000D44F4"/>
    <w:rsid w:val="000E31F8"/>
    <w:rsid w:val="000E5051"/>
    <w:rsid w:val="000E7994"/>
    <w:rsid w:val="001004C9"/>
    <w:rsid w:val="001333D2"/>
    <w:rsid w:val="0015074B"/>
    <w:rsid w:val="00154B2B"/>
    <w:rsid w:val="00161007"/>
    <w:rsid w:val="00170E64"/>
    <w:rsid w:val="001962CC"/>
    <w:rsid w:val="001A2B1F"/>
    <w:rsid w:val="001A50D5"/>
    <w:rsid w:val="001B2472"/>
    <w:rsid w:val="001C3EFF"/>
    <w:rsid w:val="001D1E85"/>
    <w:rsid w:val="001F1D25"/>
    <w:rsid w:val="001F4762"/>
    <w:rsid w:val="001F6A09"/>
    <w:rsid w:val="001F7A96"/>
    <w:rsid w:val="00203E9C"/>
    <w:rsid w:val="00213AC2"/>
    <w:rsid w:val="002302F2"/>
    <w:rsid w:val="0023664F"/>
    <w:rsid w:val="0023754E"/>
    <w:rsid w:val="00241A4D"/>
    <w:rsid w:val="00262EEC"/>
    <w:rsid w:val="00265ACF"/>
    <w:rsid w:val="00275723"/>
    <w:rsid w:val="0029639D"/>
    <w:rsid w:val="002A414C"/>
    <w:rsid w:val="002B76DC"/>
    <w:rsid w:val="002C5B1F"/>
    <w:rsid w:val="002D285B"/>
    <w:rsid w:val="002F37AB"/>
    <w:rsid w:val="00303713"/>
    <w:rsid w:val="00321606"/>
    <w:rsid w:val="00322FFD"/>
    <w:rsid w:val="0032338E"/>
    <w:rsid w:val="00326F90"/>
    <w:rsid w:val="00331364"/>
    <w:rsid w:val="00340DE5"/>
    <w:rsid w:val="0034214D"/>
    <w:rsid w:val="00345531"/>
    <w:rsid w:val="00352295"/>
    <w:rsid w:val="003565C3"/>
    <w:rsid w:val="00361170"/>
    <w:rsid w:val="003760A5"/>
    <w:rsid w:val="003949E0"/>
    <w:rsid w:val="003950D2"/>
    <w:rsid w:val="00396F69"/>
    <w:rsid w:val="003A0867"/>
    <w:rsid w:val="003C2ECE"/>
    <w:rsid w:val="003C4EBE"/>
    <w:rsid w:val="003E42A9"/>
    <w:rsid w:val="003F51DC"/>
    <w:rsid w:val="003F6743"/>
    <w:rsid w:val="004050A1"/>
    <w:rsid w:val="00410A55"/>
    <w:rsid w:val="0041485F"/>
    <w:rsid w:val="00420F82"/>
    <w:rsid w:val="00423E9C"/>
    <w:rsid w:val="00433457"/>
    <w:rsid w:val="00433BED"/>
    <w:rsid w:val="004376F5"/>
    <w:rsid w:val="00437EEE"/>
    <w:rsid w:val="00440B47"/>
    <w:rsid w:val="004521EA"/>
    <w:rsid w:val="00452D33"/>
    <w:rsid w:val="0046005E"/>
    <w:rsid w:val="00465094"/>
    <w:rsid w:val="00470F98"/>
    <w:rsid w:val="00473400"/>
    <w:rsid w:val="00494972"/>
    <w:rsid w:val="004961F3"/>
    <w:rsid w:val="004B1348"/>
    <w:rsid w:val="004B2557"/>
    <w:rsid w:val="004B65D1"/>
    <w:rsid w:val="004D6AC8"/>
    <w:rsid w:val="004E214A"/>
    <w:rsid w:val="004E25F2"/>
    <w:rsid w:val="004E2AA2"/>
    <w:rsid w:val="004E4CE2"/>
    <w:rsid w:val="004F354E"/>
    <w:rsid w:val="004F56B1"/>
    <w:rsid w:val="004F648B"/>
    <w:rsid w:val="004F7EE4"/>
    <w:rsid w:val="00507214"/>
    <w:rsid w:val="00512EB6"/>
    <w:rsid w:val="005145BA"/>
    <w:rsid w:val="00522ACE"/>
    <w:rsid w:val="00523BD1"/>
    <w:rsid w:val="00533738"/>
    <w:rsid w:val="00543912"/>
    <w:rsid w:val="0055243A"/>
    <w:rsid w:val="00553D78"/>
    <w:rsid w:val="00554AFE"/>
    <w:rsid w:val="00563A01"/>
    <w:rsid w:val="00576062"/>
    <w:rsid w:val="005846AC"/>
    <w:rsid w:val="00593F04"/>
    <w:rsid w:val="00596676"/>
    <w:rsid w:val="005A2034"/>
    <w:rsid w:val="005F51DC"/>
    <w:rsid w:val="00600884"/>
    <w:rsid w:val="00612CF9"/>
    <w:rsid w:val="006153B9"/>
    <w:rsid w:val="00646B26"/>
    <w:rsid w:val="00647B63"/>
    <w:rsid w:val="00660D1F"/>
    <w:rsid w:val="00664395"/>
    <w:rsid w:val="006717CE"/>
    <w:rsid w:val="00684997"/>
    <w:rsid w:val="00696E78"/>
    <w:rsid w:val="006A49D8"/>
    <w:rsid w:val="006B4F52"/>
    <w:rsid w:val="006B5D7E"/>
    <w:rsid w:val="006C1DBC"/>
    <w:rsid w:val="006E3457"/>
    <w:rsid w:val="006E5F3A"/>
    <w:rsid w:val="006E66D9"/>
    <w:rsid w:val="00703F65"/>
    <w:rsid w:val="00705BC1"/>
    <w:rsid w:val="00735E8A"/>
    <w:rsid w:val="00745390"/>
    <w:rsid w:val="00745DC8"/>
    <w:rsid w:val="007920D9"/>
    <w:rsid w:val="007A1D60"/>
    <w:rsid w:val="007B0503"/>
    <w:rsid w:val="007B0BEF"/>
    <w:rsid w:val="007B1159"/>
    <w:rsid w:val="007B515D"/>
    <w:rsid w:val="007B710C"/>
    <w:rsid w:val="007C0507"/>
    <w:rsid w:val="007D71A7"/>
    <w:rsid w:val="007D745D"/>
    <w:rsid w:val="007E2B86"/>
    <w:rsid w:val="008308A4"/>
    <w:rsid w:val="00844637"/>
    <w:rsid w:val="00846724"/>
    <w:rsid w:val="008550EE"/>
    <w:rsid w:val="00863248"/>
    <w:rsid w:val="00882C3B"/>
    <w:rsid w:val="008B1839"/>
    <w:rsid w:val="008C1391"/>
    <w:rsid w:val="008E3D1E"/>
    <w:rsid w:val="009111F5"/>
    <w:rsid w:val="009127C0"/>
    <w:rsid w:val="009159CC"/>
    <w:rsid w:val="009324F0"/>
    <w:rsid w:val="00953F61"/>
    <w:rsid w:val="00960BCB"/>
    <w:rsid w:val="009629EC"/>
    <w:rsid w:val="009739DF"/>
    <w:rsid w:val="009B18DD"/>
    <w:rsid w:val="009C2CC2"/>
    <w:rsid w:val="009C2DB3"/>
    <w:rsid w:val="009C6AF0"/>
    <w:rsid w:val="009D005E"/>
    <w:rsid w:val="009D0394"/>
    <w:rsid w:val="009D57AC"/>
    <w:rsid w:val="009E4AF4"/>
    <w:rsid w:val="009F1F96"/>
    <w:rsid w:val="009F34A3"/>
    <w:rsid w:val="009F3F3F"/>
    <w:rsid w:val="00A001DF"/>
    <w:rsid w:val="00A074EF"/>
    <w:rsid w:val="00A11E88"/>
    <w:rsid w:val="00A236D4"/>
    <w:rsid w:val="00A40342"/>
    <w:rsid w:val="00A403E4"/>
    <w:rsid w:val="00A406C3"/>
    <w:rsid w:val="00A41723"/>
    <w:rsid w:val="00A46792"/>
    <w:rsid w:val="00A80D28"/>
    <w:rsid w:val="00A86698"/>
    <w:rsid w:val="00A91F39"/>
    <w:rsid w:val="00A93F31"/>
    <w:rsid w:val="00AA1D8D"/>
    <w:rsid w:val="00AA6E08"/>
    <w:rsid w:val="00AB0266"/>
    <w:rsid w:val="00AD49A0"/>
    <w:rsid w:val="00AE1CBD"/>
    <w:rsid w:val="00AE5D8F"/>
    <w:rsid w:val="00AF5708"/>
    <w:rsid w:val="00B077AC"/>
    <w:rsid w:val="00B120EA"/>
    <w:rsid w:val="00B1531C"/>
    <w:rsid w:val="00B23C71"/>
    <w:rsid w:val="00B25BD0"/>
    <w:rsid w:val="00B34B33"/>
    <w:rsid w:val="00B42A7F"/>
    <w:rsid w:val="00B43082"/>
    <w:rsid w:val="00B44088"/>
    <w:rsid w:val="00B458FE"/>
    <w:rsid w:val="00B47730"/>
    <w:rsid w:val="00B5760E"/>
    <w:rsid w:val="00B71F2D"/>
    <w:rsid w:val="00B82ADC"/>
    <w:rsid w:val="00B94A78"/>
    <w:rsid w:val="00B97995"/>
    <w:rsid w:val="00BE72B5"/>
    <w:rsid w:val="00BF4A62"/>
    <w:rsid w:val="00C122CC"/>
    <w:rsid w:val="00C1516F"/>
    <w:rsid w:val="00C42454"/>
    <w:rsid w:val="00C5799F"/>
    <w:rsid w:val="00C608B9"/>
    <w:rsid w:val="00C6165A"/>
    <w:rsid w:val="00C6339D"/>
    <w:rsid w:val="00C71808"/>
    <w:rsid w:val="00C82C8D"/>
    <w:rsid w:val="00C91FC0"/>
    <w:rsid w:val="00CA6DE7"/>
    <w:rsid w:val="00CB0664"/>
    <w:rsid w:val="00CB67BF"/>
    <w:rsid w:val="00CC3827"/>
    <w:rsid w:val="00CD73D9"/>
    <w:rsid w:val="00CE23A3"/>
    <w:rsid w:val="00CE4778"/>
    <w:rsid w:val="00D33D16"/>
    <w:rsid w:val="00D44FE5"/>
    <w:rsid w:val="00D60935"/>
    <w:rsid w:val="00D61B9A"/>
    <w:rsid w:val="00D67430"/>
    <w:rsid w:val="00D72894"/>
    <w:rsid w:val="00D7361F"/>
    <w:rsid w:val="00D86561"/>
    <w:rsid w:val="00D8658D"/>
    <w:rsid w:val="00D92ED1"/>
    <w:rsid w:val="00DA0EC9"/>
    <w:rsid w:val="00DA216C"/>
    <w:rsid w:val="00DC0D55"/>
    <w:rsid w:val="00DC14CF"/>
    <w:rsid w:val="00DD1235"/>
    <w:rsid w:val="00DD3238"/>
    <w:rsid w:val="00DD5BC3"/>
    <w:rsid w:val="00DF026A"/>
    <w:rsid w:val="00DF1A61"/>
    <w:rsid w:val="00E061D7"/>
    <w:rsid w:val="00E12D5B"/>
    <w:rsid w:val="00E15868"/>
    <w:rsid w:val="00E25DEE"/>
    <w:rsid w:val="00E26F5B"/>
    <w:rsid w:val="00E40F84"/>
    <w:rsid w:val="00E4576E"/>
    <w:rsid w:val="00E53D4C"/>
    <w:rsid w:val="00E5550B"/>
    <w:rsid w:val="00E567D9"/>
    <w:rsid w:val="00E60BB8"/>
    <w:rsid w:val="00E64D26"/>
    <w:rsid w:val="00E66051"/>
    <w:rsid w:val="00EA0D6C"/>
    <w:rsid w:val="00EB095D"/>
    <w:rsid w:val="00EB3EA0"/>
    <w:rsid w:val="00ED33E0"/>
    <w:rsid w:val="00ED7193"/>
    <w:rsid w:val="00EF5B0C"/>
    <w:rsid w:val="00EF69DC"/>
    <w:rsid w:val="00F01167"/>
    <w:rsid w:val="00F05A5E"/>
    <w:rsid w:val="00F1747F"/>
    <w:rsid w:val="00F21D8D"/>
    <w:rsid w:val="00F44863"/>
    <w:rsid w:val="00F72254"/>
    <w:rsid w:val="00F808F9"/>
    <w:rsid w:val="00F9425E"/>
    <w:rsid w:val="00FA1144"/>
    <w:rsid w:val="00FA3506"/>
    <w:rsid w:val="00FC25F5"/>
    <w:rsid w:val="00FC6374"/>
    <w:rsid w:val="00FC693F"/>
    <w:rsid w:val="00FC7B9C"/>
    <w:rsid w:val="00FD2353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8785B"/>
  <w14:defaultImageDpi w14:val="300"/>
  <w15:docId w15:val="{B554C5FA-98C4-4E47-9AFC-2135AE5D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61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F47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Jean-Noel Robert</cp:lastModifiedBy>
  <cp:revision>9</cp:revision>
  <cp:lastPrinted>2026-09-08T15:28:00Z</cp:lastPrinted>
  <dcterms:created xsi:type="dcterms:W3CDTF">2026-09-11T11:35:00Z</dcterms:created>
  <dcterms:modified xsi:type="dcterms:W3CDTF">2026-09-11T11:42:00Z</dcterms:modified>
  <cp:category/>
</cp:coreProperties>
</file>