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052F1" w14:textId="77777777" w:rsidR="002B76DC" w:rsidRPr="00E53D4C" w:rsidRDefault="00B97995">
      <w:pPr>
        <w:spacing w:after="40"/>
        <w:jc w:val="center"/>
        <w:rPr>
          <w:lang w:val="fr-FR"/>
        </w:rPr>
      </w:pPr>
      <w:r w:rsidRPr="00E53D4C">
        <w:rPr>
          <w:rFonts w:ascii="Arial" w:hAnsi="Arial"/>
          <w:b/>
          <w:color w:val="003366"/>
          <w:sz w:val="44"/>
          <w:lang w:val="fr-FR"/>
        </w:rPr>
        <w:t>WALFERDANGE RUGBY CLUB</w:t>
      </w:r>
    </w:p>
    <w:p w14:paraId="2EEAC13E" w14:textId="34BF9297" w:rsidR="002B76DC" w:rsidRPr="00E53D4C" w:rsidRDefault="00B97995">
      <w:pPr>
        <w:spacing w:after="360"/>
        <w:jc w:val="center"/>
        <w:rPr>
          <w:lang w:val="fr-FR"/>
        </w:rPr>
      </w:pPr>
      <w:r w:rsidRPr="00E53D4C">
        <w:rPr>
          <w:rFonts w:ascii="Arial" w:hAnsi="Arial"/>
          <w:i/>
          <w:sz w:val="24"/>
          <w:lang w:val="fr-FR"/>
        </w:rPr>
        <w:t xml:space="preserve">Plan d'Entraînement de </w:t>
      </w:r>
      <w:proofErr w:type="gramStart"/>
      <w:r w:rsidRPr="00E53D4C">
        <w:rPr>
          <w:rFonts w:ascii="Arial" w:hAnsi="Arial"/>
          <w:i/>
          <w:sz w:val="24"/>
          <w:lang w:val="fr-FR"/>
        </w:rPr>
        <w:t>Mardi</w:t>
      </w:r>
      <w:proofErr w:type="gramEnd"/>
      <w:r w:rsidRPr="00E53D4C">
        <w:rPr>
          <w:rFonts w:ascii="Arial" w:hAnsi="Arial"/>
          <w:i/>
          <w:sz w:val="24"/>
          <w:lang w:val="fr-FR"/>
        </w:rPr>
        <w:t xml:space="preserve"> 1</w:t>
      </w:r>
      <w:r w:rsidR="00352295">
        <w:rPr>
          <w:rFonts w:ascii="Arial" w:hAnsi="Arial"/>
          <w:i/>
          <w:sz w:val="24"/>
          <w:lang w:val="fr-FR"/>
        </w:rPr>
        <w:t xml:space="preserve"> </w:t>
      </w:r>
      <w:proofErr w:type="gramStart"/>
      <w:r w:rsidR="00352295">
        <w:rPr>
          <w:rFonts w:ascii="Arial" w:hAnsi="Arial"/>
          <w:i/>
          <w:sz w:val="24"/>
          <w:lang w:val="fr-FR"/>
        </w:rPr>
        <w:t>Septembre</w:t>
      </w:r>
      <w:proofErr w:type="gramEnd"/>
      <w:r w:rsidR="00352295">
        <w:rPr>
          <w:rFonts w:ascii="Arial" w:hAnsi="Arial"/>
          <w:i/>
          <w:sz w:val="24"/>
          <w:lang w:val="fr-FR"/>
        </w:rPr>
        <w:t xml:space="preserve"> 2026</w:t>
      </w:r>
      <w:r w:rsidR="00352295" w:rsidRPr="00E53D4C">
        <w:rPr>
          <w:rFonts w:ascii="Arial" w:hAnsi="Arial"/>
          <w:i/>
          <w:sz w:val="24"/>
          <w:lang w:val="fr-FR"/>
        </w:rPr>
        <w:t xml:space="preserve"> </w:t>
      </w:r>
      <w:r w:rsidRPr="00E53D4C">
        <w:rPr>
          <w:rFonts w:ascii="Arial" w:hAnsi="Arial"/>
          <w:i/>
          <w:sz w:val="24"/>
          <w:lang w:val="fr-FR"/>
        </w:rPr>
        <w:br/>
        <w:t xml:space="preserve">Équipe Senior - Durée : 90 Minutes - Effectif : </w:t>
      </w:r>
      <w:r w:rsidR="003950D2">
        <w:rPr>
          <w:rFonts w:ascii="Arial" w:hAnsi="Arial"/>
          <w:i/>
          <w:sz w:val="24"/>
          <w:lang w:val="fr-FR"/>
        </w:rPr>
        <w:t xml:space="preserve">~ </w:t>
      </w:r>
      <w:r w:rsidRPr="00E53D4C">
        <w:rPr>
          <w:rFonts w:ascii="Arial" w:hAnsi="Arial"/>
          <w:i/>
          <w:sz w:val="24"/>
          <w:lang w:val="fr-FR"/>
        </w:rPr>
        <w:t>20 joueurs</w:t>
      </w:r>
    </w:p>
    <w:p w14:paraId="7F042B41" w14:textId="5A1CD259" w:rsidR="002B76DC" w:rsidRPr="00E53D4C" w:rsidRDefault="00B97995">
      <w:pPr>
        <w:rPr>
          <w:lang w:val="fr-FR"/>
        </w:rPr>
      </w:pPr>
      <w:r w:rsidRPr="00E53D4C">
        <w:rPr>
          <w:b/>
          <w:lang w:val="fr-FR"/>
        </w:rPr>
        <w:t xml:space="preserve">Objectifs prioritaires : </w:t>
      </w:r>
      <w:r w:rsidRPr="00E53D4C">
        <w:rPr>
          <w:lang w:val="fr-FR"/>
        </w:rPr>
        <w:t xml:space="preserve">Évaluation individuelle des niveaux, développement du cardio de </w:t>
      </w:r>
      <w:proofErr w:type="spellStart"/>
      <w:r w:rsidRPr="00E53D4C">
        <w:rPr>
          <w:lang w:val="fr-FR"/>
        </w:rPr>
        <w:t>pré-saison</w:t>
      </w:r>
      <w:proofErr w:type="spellEnd"/>
      <w:r w:rsidRPr="00E53D4C">
        <w:rPr>
          <w:lang w:val="fr-FR"/>
        </w:rPr>
        <w:t>, et mise en place des fondations d</w:t>
      </w:r>
      <w:r w:rsidR="00C91FC0">
        <w:rPr>
          <w:lang w:val="fr-FR"/>
        </w:rPr>
        <w:t>u</w:t>
      </w:r>
      <w:r w:rsidRPr="00E53D4C">
        <w:rPr>
          <w:lang w:val="fr-FR"/>
        </w:rPr>
        <w:t xml:space="preserve"> projet de jeu</w:t>
      </w:r>
      <w:r w:rsidR="003950D2">
        <w:rPr>
          <w:lang w:val="fr-FR"/>
        </w:rPr>
        <w:t xml:space="preserve"> collectif</w:t>
      </w:r>
      <w:r w:rsidRPr="00E53D4C">
        <w:rPr>
          <w:lang w:val="fr-FR"/>
        </w:rPr>
        <w:t xml:space="preserve">. Intégration de la nouvelle règle de plaquage sous le sternum pour favoriser les </w:t>
      </w:r>
      <w:proofErr w:type="spellStart"/>
      <w:r w:rsidRPr="00E53D4C">
        <w:rPr>
          <w:lang w:val="fr-FR"/>
        </w:rPr>
        <w:t>offloads</w:t>
      </w:r>
      <w:proofErr w:type="spellEnd"/>
      <w:r w:rsidRPr="00E53D4C">
        <w:rPr>
          <w:lang w:val="fr-FR"/>
        </w:rPr>
        <w:t xml:space="preserve"> dans le mouvement</w:t>
      </w:r>
      <w:r w:rsidR="004D6AC8">
        <w:rPr>
          <w:lang w:val="fr-FR"/>
        </w:rPr>
        <w:t xml:space="preserve"> en plein champs</w:t>
      </w:r>
      <w:r w:rsidRPr="00E53D4C">
        <w:rPr>
          <w:lang w:val="fr-FR"/>
        </w:rPr>
        <w:t>.</w:t>
      </w:r>
    </w:p>
    <w:p w14:paraId="5DFC649B" w14:textId="77777777" w:rsidR="002B76DC" w:rsidRPr="00E53D4C" w:rsidRDefault="00B97995">
      <w:pPr>
        <w:keepNext/>
        <w:spacing w:before="240" w:after="80"/>
        <w:rPr>
          <w:lang w:val="fr-FR"/>
        </w:rPr>
      </w:pPr>
      <w:r w:rsidRPr="00E53D4C">
        <w:rPr>
          <w:rFonts w:ascii="Arial" w:hAnsi="Arial"/>
          <w:b/>
          <w:color w:val="003366"/>
          <w:sz w:val="32"/>
          <w:lang w:val="fr-FR"/>
        </w:rPr>
        <w:t>1. STRUCTURE DE LA SÉANCE (90 MIN)</w:t>
      </w:r>
    </w:p>
    <w:tbl>
      <w:tblPr>
        <w:tblStyle w:val="LightShading-Accent1"/>
        <w:tblW w:w="0" w:type="auto"/>
        <w:tblLook w:val="04A0" w:firstRow="1" w:lastRow="0" w:firstColumn="1" w:lastColumn="0" w:noHBand="0" w:noVBand="1"/>
      </w:tblPr>
      <w:tblGrid>
        <w:gridCol w:w="3217"/>
        <w:gridCol w:w="3167"/>
        <w:gridCol w:w="3218"/>
      </w:tblGrid>
      <w:tr w:rsidR="002B76DC" w14:paraId="33F7FAE8" w14:textId="77777777" w:rsidTr="002B76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</w:tcPr>
          <w:p w14:paraId="36AC8239" w14:textId="77777777" w:rsidR="002B76DC" w:rsidRDefault="00B97995">
            <w:r>
              <w:rPr>
                <w:rFonts w:ascii="Arial" w:hAnsi="Arial"/>
                <w:sz w:val="20"/>
              </w:rPr>
              <w:t>Phase / Bloc</w:t>
            </w:r>
          </w:p>
        </w:tc>
        <w:tc>
          <w:tcPr>
            <w:tcW w:w="3312" w:type="dxa"/>
          </w:tcPr>
          <w:p w14:paraId="130C9E79" w14:textId="77777777" w:rsidR="002B76DC" w:rsidRDefault="00B9799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/>
                <w:sz w:val="20"/>
              </w:rPr>
              <w:t>Durée</w:t>
            </w:r>
          </w:p>
        </w:tc>
        <w:tc>
          <w:tcPr>
            <w:tcW w:w="3312" w:type="dxa"/>
          </w:tcPr>
          <w:p w14:paraId="662852A9" w14:textId="77777777" w:rsidR="002B76DC" w:rsidRDefault="00B9799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/>
                <w:sz w:val="20"/>
              </w:rPr>
              <w:t>Focus Principal</w:t>
            </w:r>
          </w:p>
        </w:tc>
      </w:tr>
      <w:tr w:rsidR="002B76DC" w:rsidRPr="00352295" w14:paraId="3C8783D7" w14:textId="77777777" w:rsidTr="002B76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</w:tcPr>
          <w:p w14:paraId="4B616422" w14:textId="58735828" w:rsidR="002B76DC" w:rsidRDefault="00B97995">
            <w:proofErr w:type="spellStart"/>
            <w:r>
              <w:rPr>
                <w:rFonts w:ascii="Arial" w:hAnsi="Arial"/>
                <w:sz w:val="20"/>
              </w:rPr>
              <w:t>Échauffement</w:t>
            </w:r>
            <w:proofErr w:type="spellEnd"/>
            <w:r>
              <w:rPr>
                <w:rFonts w:ascii="Arial" w:hAnsi="Arial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Évolutif</w:t>
            </w:r>
            <w:proofErr w:type="spellEnd"/>
            <w:r w:rsidR="004F7EE4">
              <w:rPr>
                <w:rFonts w:ascii="Arial" w:hAnsi="Arial"/>
                <w:sz w:val="20"/>
              </w:rPr>
              <w:t>:</w:t>
            </w:r>
            <w:r>
              <w:rPr>
                <w:rFonts w:ascii="Arial" w:hAnsi="Arial"/>
                <w:sz w:val="20"/>
              </w:rPr>
              <w:t xml:space="preserve"> Skills Passe</w:t>
            </w:r>
          </w:p>
        </w:tc>
        <w:tc>
          <w:tcPr>
            <w:tcW w:w="3312" w:type="dxa"/>
          </w:tcPr>
          <w:p w14:paraId="724B3B9F" w14:textId="5AFDF98A" w:rsidR="002B76DC" w:rsidRDefault="00B979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hAnsi="Arial"/>
                <w:sz w:val="20"/>
              </w:rPr>
              <w:t>1</w:t>
            </w:r>
            <w:r w:rsidR="00154B2B">
              <w:rPr>
                <w:rFonts w:ascii="Arial" w:hAnsi="Arial"/>
                <w:sz w:val="20"/>
              </w:rPr>
              <w:t>0</w:t>
            </w:r>
            <w:r>
              <w:rPr>
                <w:rFonts w:ascii="Arial" w:hAnsi="Arial"/>
                <w:sz w:val="20"/>
              </w:rPr>
              <w:t xml:space="preserve"> min (19h30 - 19h4</w:t>
            </w:r>
            <w:r w:rsidR="000B414C">
              <w:rPr>
                <w:rFonts w:ascii="Arial" w:hAnsi="Arial"/>
                <w:sz w:val="20"/>
              </w:rPr>
              <w:t>0</w:t>
            </w:r>
            <w:r>
              <w:rPr>
                <w:rFonts w:ascii="Arial" w:hAnsi="Arial"/>
                <w:sz w:val="20"/>
              </w:rPr>
              <w:t>)</w:t>
            </w:r>
          </w:p>
        </w:tc>
        <w:tc>
          <w:tcPr>
            <w:tcW w:w="3312" w:type="dxa"/>
          </w:tcPr>
          <w:p w14:paraId="4B3B49B5" w14:textId="72C1E8EC" w:rsidR="002B76DC" w:rsidRPr="00E53D4C" w:rsidRDefault="00B979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FR"/>
              </w:rPr>
            </w:pPr>
            <w:r w:rsidRPr="00E53D4C">
              <w:rPr>
                <w:rFonts w:ascii="Arial" w:hAnsi="Arial"/>
                <w:sz w:val="20"/>
                <w:lang w:val="fr-FR"/>
              </w:rPr>
              <w:t>Activation cardio, technique de passe courte/moyenne.</w:t>
            </w:r>
          </w:p>
        </w:tc>
      </w:tr>
      <w:tr w:rsidR="000B414C" w:rsidRPr="0023664F" w14:paraId="7EE3636E" w14:textId="77777777" w:rsidTr="002B76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</w:tcPr>
          <w:p w14:paraId="08DAD267" w14:textId="7675EDB7" w:rsidR="000B414C" w:rsidRPr="000B414C" w:rsidRDefault="009C2CC2">
            <w:pPr>
              <w:rPr>
                <w:rFonts w:ascii="Arial" w:hAnsi="Arial"/>
                <w:sz w:val="20"/>
                <w:lang w:val="fr-FR"/>
              </w:rPr>
            </w:pPr>
            <w:r>
              <w:rPr>
                <w:rFonts w:ascii="Arial" w:hAnsi="Arial"/>
                <w:sz w:val="20"/>
                <w:lang w:val="fr-FR"/>
              </w:rPr>
              <w:t>15-15 – 2 blocks</w:t>
            </w:r>
            <w:r w:rsidR="000B414C" w:rsidRPr="000B414C">
              <w:rPr>
                <w:rFonts w:ascii="Arial" w:hAnsi="Arial"/>
                <w:sz w:val="20"/>
                <w:lang w:val="fr-FR"/>
              </w:rPr>
              <w:t xml:space="preserve"> </w:t>
            </w:r>
            <w:r w:rsidR="008308A4">
              <w:rPr>
                <w:rFonts w:ascii="Arial" w:hAnsi="Arial"/>
                <w:sz w:val="20"/>
                <w:lang w:val="fr-FR"/>
              </w:rPr>
              <w:t>8 min</w:t>
            </w:r>
          </w:p>
        </w:tc>
        <w:tc>
          <w:tcPr>
            <w:tcW w:w="3312" w:type="dxa"/>
          </w:tcPr>
          <w:p w14:paraId="4DC67EE0" w14:textId="39ADD845" w:rsidR="000B414C" w:rsidRPr="000B414C" w:rsidRDefault="00C633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lang w:val="fr-FR"/>
              </w:rPr>
            </w:pPr>
            <w:r>
              <w:rPr>
                <w:rFonts w:ascii="Arial" w:hAnsi="Arial"/>
                <w:sz w:val="20"/>
                <w:lang w:val="fr-FR"/>
              </w:rPr>
              <w:t>20</w:t>
            </w:r>
            <w:r w:rsidR="000B414C">
              <w:rPr>
                <w:rFonts w:ascii="Arial" w:hAnsi="Arial"/>
                <w:sz w:val="20"/>
                <w:lang w:val="fr-FR"/>
              </w:rPr>
              <w:t xml:space="preserve"> min</w:t>
            </w:r>
            <w:r w:rsidR="000B414C">
              <w:rPr>
                <w:rFonts w:ascii="Arial" w:hAnsi="Arial"/>
                <w:sz w:val="20"/>
              </w:rPr>
              <w:t xml:space="preserve"> (19h4</w:t>
            </w:r>
            <w:r>
              <w:rPr>
                <w:rFonts w:ascii="Arial" w:hAnsi="Arial"/>
                <w:sz w:val="20"/>
              </w:rPr>
              <w:t>0</w:t>
            </w:r>
            <w:r w:rsidR="000B414C">
              <w:rPr>
                <w:rFonts w:ascii="Arial" w:hAnsi="Arial"/>
                <w:sz w:val="20"/>
              </w:rPr>
              <w:t xml:space="preserve"> - </w:t>
            </w:r>
            <w:r>
              <w:rPr>
                <w:rFonts w:ascii="Arial" w:hAnsi="Arial"/>
                <w:sz w:val="20"/>
              </w:rPr>
              <w:t>20</w:t>
            </w:r>
            <w:r w:rsidR="000B414C">
              <w:rPr>
                <w:rFonts w:ascii="Arial" w:hAnsi="Arial"/>
                <w:sz w:val="20"/>
              </w:rPr>
              <w:t>h</w:t>
            </w:r>
            <w:r>
              <w:rPr>
                <w:rFonts w:ascii="Arial" w:hAnsi="Arial"/>
                <w:sz w:val="20"/>
              </w:rPr>
              <w:t>0</w:t>
            </w:r>
            <w:r w:rsidR="000B414C">
              <w:rPr>
                <w:rFonts w:ascii="Arial" w:hAnsi="Arial"/>
                <w:sz w:val="20"/>
              </w:rPr>
              <w:t>0)</w:t>
            </w:r>
          </w:p>
        </w:tc>
        <w:tc>
          <w:tcPr>
            <w:tcW w:w="3312" w:type="dxa"/>
          </w:tcPr>
          <w:p w14:paraId="52FE3FD3" w14:textId="110C11A0" w:rsidR="000B414C" w:rsidRPr="00E53D4C" w:rsidRDefault="001F7A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lang w:val="fr-FR"/>
              </w:rPr>
            </w:pPr>
            <w:r>
              <w:rPr>
                <w:rFonts w:ascii="Arial" w:hAnsi="Arial"/>
                <w:sz w:val="20"/>
                <w:lang w:val="fr-FR"/>
              </w:rPr>
              <w:t xml:space="preserve">Pompes, </w:t>
            </w:r>
            <w:proofErr w:type="gramStart"/>
            <w:r>
              <w:rPr>
                <w:rFonts w:ascii="Arial" w:hAnsi="Arial"/>
                <w:sz w:val="20"/>
                <w:lang w:val="fr-FR"/>
              </w:rPr>
              <w:t>abdo ,</w:t>
            </w:r>
            <w:proofErr w:type="gramEnd"/>
            <w:r>
              <w:rPr>
                <w:rFonts w:ascii="Arial" w:hAnsi="Arial"/>
                <w:sz w:val="20"/>
                <w:lang w:val="fr-FR"/>
              </w:rPr>
              <w:t xml:space="preserve"> </w:t>
            </w:r>
            <w:proofErr w:type="spellStart"/>
            <w:r w:rsidR="00696E78">
              <w:rPr>
                <w:rFonts w:ascii="Arial" w:hAnsi="Arial"/>
                <w:sz w:val="20"/>
                <w:lang w:val="fr-FR"/>
              </w:rPr>
              <w:t>Squatt</w:t>
            </w:r>
            <w:proofErr w:type="spellEnd"/>
            <w:r w:rsidR="00696E78">
              <w:rPr>
                <w:rFonts w:ascii="Arial" w:hAnsi="Arial"/>
                <w:sz w:val="20"/>
                <w:lang w:val="fr-FR"/>
              </w:rPr>
              <w:t>, burpees, fentes explosive</w:t>
            </w:r>
            <w:r>
              <w:rPr>
                <w:rFonts w:ascii="Arial" w:hAnsi="Arial"/>
                <w:sz w:val="20"/>
                <w:lang w:val="fr-FR"/>
              </w:rPr>
              <w:t xml:space="preserve"> </w:t>
            </w:r>
            <w:r w:rsidR="00C6339D">
              <w:rPr>
                <w:rFonts w:ascii="Arial" w:hAnsi="Arial"/>
                <w:sz w:val="20"/>
                <w:lang w:val="fr-FR"/>
              </w:rPr>
              <w:t>–</w:t>
            </w:r>
            <w:r w:rsidR="00696E78">
              <w:rPr>
                <w:rFonts w:ascii="Arial" w:hAnsi="Arial"/>
                <w:sz w:val="20"/>
                <w:lang w:val="fr-FR"/>
              </w:rPr>
              <w:t xml:space="preserve"> dynamique</w:t>
            </w:r>
            <w:r w:rsidR="00C6339D">
              <w:rPr>
                <w:rFonts w:ascii="Arial" w:hAnsi="Arial"/>
                <w:sz w:val="20"/>
                <w:lang w:val="fr-FR"/>
              </w:rPr>
              <w:br/>
              <w:t>Séances de sprint</w:t>
            </w:r>
          </w:p>
        </w:tc>
      </w:tr>
      <w:tr w:rsidR="002B76DC" w:rsidRPr="00352295" w14:paraId="3DDCB4C6" w14:textId="77777777" w:rsidTr="002B76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</w:tcPr>
          <w:p w14:paraId="35D995D7" w14:textId="45E6AAB8" w:rsidR="002B76DC" w:rsidRPr="00E4576E" w:rsidRDefault="00B97995">
            <w:pPr>
              <w:rPr>
                <w:lang w:val="fr-FR"/>
              </w:rPr>
            </w:pPr>
            <w:r w:rsidRPr="00E4576E">
              <w:rPr>
                <w:rFonts w:ascii="Arial" w:hAnsi="Arial"/>
                <w:sz w:val="20"/>
                <w:lang w:val="fr-FR"/>
              </w:rPr>
              <w:t xml:space="preserve">Atelier </w:t>
            </w:r>
            <w:r w:rsidR="0034214D">
              <w:rPr>
                <w:rFonts w:ascii="Arial" w:hAnsi="Arial"/>
                <w:sz w:val="20"/>
                <w:lang w:val="fr-FR"/>
              </w:rPr>
              <w:t xml:space="preserve">1 </w:t>
            </w:r>
            <w:r w:rsidRPr="00E4576E">
              <w:rPr>
                <w:rFonts w:ascii="Arial" w:hAnsi="Arial"/>
                <w:sz w:val="20"/>
                <w:lang w:val="fr-FR"/>
              </w:rPr>
              <w:t xml:space="preserve">: </w:t>
            </w:r>
            <w:r w:rsidR="00E4576E">
              <w:rPr>
                <w:rFonts w:ascii="Arial" w:hAnsi="Arial"/>
                <w:sz w:val="20"/>
                <w:lang w:val="fr-FR"/>
              </w:rPr>
              <w:t>1</w:t>
            </w:r>
            <w:r w:rsidR="00E4576E" w:rsidRPr="00E4576E">
              <w:rPr>
                <w:rFonts w:ascii="Arial" w:hAnsi="Arial"/>
                <w:sz w:val="20"/>
                <w:lang w:val="fr-FR"/>
              </w:rPr>
              <w:t xml:space="preserve"> </w:t>
            </w:r>
            <w:r w:rsidR="00E4576E">
              <w:rPr>
                <w:rFonts w:ascii="Arial" w:hAnsi="Arial"/>
                <w:sz w:val="20"/>
                <w:lang w:val="fr-FR"/>
              </w:rPr>
              <w:t>vs</w:t>
            </w:r>
            <w:r w:rsidR="00E4576E" w:rsidRPr="00E4576E">
              <w:rPr>
                <w:rFonts w:ascii="Arial" w:hAnsi="Arial"/>
                <w:sz w:val="20"/>
                <w:lang w:val="fr-FR"/>
              </w:rPr>
              <w:t xml:space="preserve"> </w:t>
            </w:r>
            <w:r w:rsidR="00E4576E">
              <w:rPr>
                <w:rFonts w:ascii="Arial" w:hAnsi="Arial"/>
                <w:sz w:val="20"/>
                <w:lang w:val="fr-FR"/>
              </w:rPr>
              <w:t>1</w:t>
            </w:r>
            <w:r w:rsidR="00745390">
              <w:rPr>
                <w:rFonts w:ascii="Arial" w:hAnsi="Arial"/>
                <w:sz w:val="20"/>
                <w:lang w:val="fr-FR"/>
              </w:rPr>
              <w:t xml:space="preserve">, </w:t>
            </w:r>
            <w:r w:rsidR="0034214D">
              <w:rPr>
                <w:rFonts w:ascii="Arial" w:hAnsi="Arial"/>
                <w:sz w:val="20"/>
                <w:lang w:val="fr-FR"/>
              </w:rPr>
              <w:t xml:space="preserve">ABC, </w:t>
            </w:r>
            <w:r w:rsidR="00745390">
              <w:rPr>
                <w:rFonts w:ascii="Arial" w:hAnsi="Arial"/>
                <w:sz w:val="20"/>
                <w:lang w:val="fr-FR"/>
              </w:rPr>
              <w:t>cadrage d</w:t>
            </w:r>
            <w:r w:rsidR="00D60935">
              <w:rPr>
                <w:rFonts w:ascii="Arial" w:hAnsi="Arial"/>
                <w:sz w:val="20"/>
                <w:lang w:val="fr-FR"/>
              </w:rPr>
              <w:t>é</w:t>
            </w:r>
            <w:r w:rsidR="00745390">
              <w:rPr>
                <w:rFonts w:ascii="Arial" w:hAnsi="Arial"/>
                <w:sz w:val="20"/>
                <w:lang w:val="fr-FR"/>
              </w:rPr>
              <w:t>bordement</w:t>
            </w:r>
            <w:r w:rsidR="00D60935">
              <w:rPr>
                <w:rFonts w:ascii="Arial" w:hAnsi="Arial"/>
                <w:sz w:val="20"/>
                <w:lang w:val="fr-FR"/>
              </w:rPr>
              <w:t>, franchissement</w:t>
            </w:r>
          </w:p>
        </w:tc>
        <w:tc>
          <w:tcPr>
            <w:tcW w:w="3312" w:type="dxa"/>
          </w:tcPr>
          <w:p w14:paraId="77561E90" w14:textId="3EA04C51" w:rsidR="002B76DC" w:rsidRDefault="00D61B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hAnsi="Arial"/>
                <w:sz w:val="20"/>
              </w:rPr>
              <w:t>20</w:t>
            </w:r>
            <w:r w:rsidR="000E5051">
              <w:rPr>
                <w:rFonts w:ascii="Arial" w:hAnsi="Arial"/>
                <w:sz w:val="20"/>
              </w:rPr>
              <w:t xml:space="preserve"> min (</w:t>
            </w:r>
            <w:r>
              <w:rPr>
                <w:rFonts w:ascii="Arial" w:hAnsi="Arial"/>
                <w:sz w:val="20"/>
              </w:rPr>
              <w:t>20</w:t>
            </w:r>
            <w:r w:rsidR="000E5051">
              <w:rPr>
                <w:rFonts w:ascii="Arial" w:hAnsi="Arial"/>
                <w:sz w:val="20"/>
              </w:rPr>
              <w:t>h</w:t>
            </w:r>
            <w:r>
              <w:rPr>
                <w:rFonts w:ascii="Arial" w:hAnsi="Arial"/>
                <w:sz w:val="20"/>
              </w:rPr>
              <w:t>0</w:t>
            </w:r>
            <w:r w:rsidR="000B414C">
              <w:rPr>
                <w:rFonts w:ascii="Arial" w:hAnsi="Arial"/>
                <w:sz w:val="20"/>
              </w:rPr>
              <w:t>0</w:t>
            </w:r>
            <w:r w:rsidR="000E5051">
              <w:rPr>
                <w:rFonts w:ascii="Arial" w:hAnsi="Arial"/>
                <w:sz w:val="20"/>
              </w:rPr>
              <w:t xml:space="preserve"> - 20h</w:t>
            </w:r>
            <w:r>
              <w:rPr>
                <w:rFonts w:ascii="Arial" w:hAnsi="Arial"/>
                <w:sz w:val="20"/>
              </w:rPr>
              <w:t>20</w:t>
            </w:r>
            <w:r w:rsidR="000E5051">
              <w:rPr>
                <w:rFonts w:ascii="Arial" w:hAnsi="Arial"/>
                <w:sz w:val="20"/>
              </w:rPr>
              <w:t>)</w:t>
            </w:r>
          </w:p>
        </w:tc>
        <w:tc>
          <w:tcPr>
            <w:tcW w:w="3312" w:type="dxa"/>
          </w:tcPr>
          <w:p w14:paraId="3DDF62C3" w14:textId="53FCD005" w:rsidR="002B76DC" w:rsidRPr="00E53D4C" w:rsidRDefault="00E45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FR"/>
              </w:rPr>
            </w:pPr>
            <w:r>
              <w:rPr>
                <w:rFonts w:ascii="Arial" w:hAnsi="Arial"/>
                <w:sz w:val="20"/>
                <w:lang w:val="fr-FR"/>
              </w:rPr>
              <w:t>Passe au pied</w:t>
            </w:r>
            <w:r w:rsidR="00745390">
              <w:rPr>
                <w:rFonts w:ascii="Arial" w:hAnsi="Arial"/>
                <w:sz w:val="20"/>
                <w:lang w:val="fr-FR"/>
              </w:rPr>
              <w:t xml:space="preserve">, </w:t>
            </w:r>
            <w:r w:rsidR="0034214D">
              <w:rPr>
                <w:rFonts w:ascii="Arial" w:hAnsi="Arial"/>
                <w:sz w:val="20"/>
                <w:lang w:val="fr-FR"/>
              </w:rPr>
              <w:t>1</w:t>
            </w:r>
            <w:r w:rsidR="00745390">
              <w:rPr>
                <w:rFonts w:ascii="Arial" w:hAnsi="Arial"/>
                <w:sz w:val="20"/>
                <w:lang w:val="fr-FR"/>
              </w:rPr>
              <w:t>vs1 sur 10 m de large sur 20 m de long</w:t>
            </w:r>
            <w:r w:rsidR="00B97995" w:rsidRPr="00E53D4C">
              <w:rPr>
                <w:rFonts w:ascii="Arial" w:hAnsi="Arial"/>
                <w:sz w:val="20"/>
                <w:lang w:val="fr-FR"/>
              </w:rPr>
              <w:t>.</w:t>
            </w:r>
            <w:r w:rsidR="00745390">
              <w:rPr>
                <w:rFonts w:ascii="Arial" w:hAnsi="Arial"/>
                <w:sz w:val="20"/>
                <w:lang w:val="fr-FR"/>
              </w:rPr>
              <w:t xml:space="preserve"> Technique </w:t>
            </w:r>
            <w:proofErr w:type="spellStart"/>
            <w:r w:rsidR="00745390">
              <w:rPr>
                <w:rFonts w:ascii="Arial" w:hAnsi="Arial"/>
                <w:sz w:val="20"/>
                <w:lang w:val="fr-FR"/>
              </w:rPr>
              <w:t>indidviduel</w:t>
            </w:r>
            <w:proofErr w:type="spellEnd"/>
            <w:r w:rsidR="00745390">
              <w:rPr>
                <w:rFonts w:ascii="Arial" w:hAnsi="Arial"/>
                <w:sz w:val="20"/>
                <w:lang w:val="fr-FR"/>
              </w:rPr>
              <w:t xml:space="preserve"> de cadrage débordement</w:t>
            </w:r>
          </w:p>
        </w:tc>
      </w:tr>
      <w:tr w:rsidR="002B76DC" w:rsidRPr="00352295" w14:paraId="7392269A" w14:textId="77777777" w:rsidTr="002B76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</w:tcPr>
          <w:p w14:paraId="570FD2EA" w14:textId="0002789C" w:rsidR="002B76DC" w:rsidRDefault="00B97995">
            <w:r>
              <w:rPr>
                <w:rFonts w:ascii="Arial" w:hAnsi="Arial"/>
                <w:sz w:val="20"/>
              </w:rPr>
              <w:t xml:space="preserve">Atelier </w:t>
            </w:r>
            <w:proofErr w:type="gramStart"/>
            <w:r>
              <w:rPr>
                <w:rFonts w:ascii="Arial" w:hAnsi="Arial"/>
                <w:sz w:val="20"/>
              </w:rPr>
              <w:t>2 :</w:t>
            </w:r>
            <w:proofErr w:type="gramEnd"/>
            <w:r>
              <w:rPr>
                <w:rFonts w:ascii="Arial" w:hAnsi="Arial"/>
                <w:sz w:val="20"/>
              </w:rPr>
              <w:t xml:space="preserve"> </w:t>
            </w:r>
            <w:proofErr w:type="spellStart"/>
            <w:r w:rsidR="0034214D">
              <w:rPr>
                <w:rFonts w:ascii="Arial" w:hAnsi="Arial"/>
                <w:sz w:val="20"/>
              </w:rPr>
              <w:t>Placage</w:t>
            </w:r>
            <w:r w:rsidR="008308A4">
              <w:rPr>
                <w:rFonts w:ascii="Arial" w:hAnsi="Arial"/>
                <w:sz w:val="20"/>
              </w:rPr>
              <w:t>s</w:t>
            </w:r>
            <w:proofErr w:type="spellEnd"/>
          </w:p>
        </w:tc>
        <w:tc>
          <w:tcPr>
            <w:tcW w:w="3312" w:type="dxa"/>
          </w:tcPr>
          <w:p w14:paraId="151B43B0" w14:textId="0BEBC61D" w:rsidR="002B76DC" w:rsidRDefault="00B979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/>
                <w:sz w:val="20"/>
              </w:rPr>
              <w:t>2</w:t>
            </w:r>
            <w:r w:rsidR="00B23C71">
              <w:rPr>
                <w:rFonts w:ascii="Arial" w:hAnsi="Arial"/>
                <w:sz w:val="20"/>
              </w:rPr>
              <w:t>0</w:t>
            </w:r>
            <w:r>
              <w:rPr>
                <w:rFonts w:ascii="Arial" w:hAnsi="Arial"/>
                <w:sz w:val="20"/>
              </w:rPr>
              <w:t xml:space="preserve"> min (20h</w:t>
            </w:r>
            <w:r w:rsidR="00D61B9A">
              <w:rPr>
                <w:rFonts w:ascii="Arial" w:hAnsi="Arial"/>
                <w:sz w:val="20"/>
              </w:rPr>
              <w:t>20</w:t>
            </w:r>
            <w:r>
              <w:rPr>
                <w:rFonts w:ascii="Arial" w:hAnsi="Arial"/>
                <w:sz w:val="20"/>
              </w:rPr>
              <w:t xml:space="preserve"> - 20h</w:t>
            </w:r>
            <w:r w:rsidR="00D61B9A">
              <w:rPr>
                <w:rFonts w:ascii="Arial" w:hAnsi="Arial"/>
                <w:sz w:val="20"/>
              </w:rPr>
              <w:t>40</w:t>
            </w:r>
            <w:r>
              <w:rPr>
                <w:rFonts w:ascii="Arial" w:hAnsi="Arial"/>
                <w:sz w:val="20"/>
              </w:rPr>
              <w:t>)</w:t>
            </w:r>
          </w:p>
        </w:tc>
        <w:tc>
          <w:tcPr>
            <w:tcW w:w="3312" w:type="dxa"/>
          </w:tcPr>
          <w:p w14:paraId="520060E6" w14:textId="47EBF26F" w:rsidR="002B76DC" w:rsidRPr="00E53D4C" w:rsidRDefault="00705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  <w:r>
              <w:rPr>
                <w:rFonts w:ascii="Arial" w:hAnsi="Arial"/>
                <w:sz w:val="20"/>
                <w:lang w:val="fr-FR"/>
              </w:rPr>
              <w:t>Position du corps</w:t>
            </w:r>
            <w:r w:rsidR="007D745D">
              <w:rPr>
                <w:rFonts w:ascii="Arial" w:hAnsi="Arial"/>
                <w:sz w:val="20"/>
                <w:lang w:val="fr-FR"/>
              </w:rPr>
              <w:t xml:space="preserve">, impact, utilisation des bras, continuer avec les jambes, même </w:t>
            </w:r>
            <w:proofErr w:type="spellStart"/>
            <w:r w:rsidR="007D745D">
              <w:rPr>
                <w:rFonts w:ascii="Arial" w:hAnsi="Arial"/>
                <w:sz w:val="20"/>
                <w:lang w:val="fr-FR"/>
              </w:rPr>
              <w:t>apres</w:t>
            </w:r>
            <w:proofErr w:type="spellEnd"/>
            <w:r w:rsidR="00B97995" w:rsidRPr="00E53D4C">
              <w:rPr>
                <w:rFonts w:ascii="Arial" w:hAnsi="Arial"/>
                <w:sz w:val="20"/>
                <w:lang w:val="fr-FR"/>
              </w:rPr>
              <w:t>.</w:t>
            </w:r>
          </w:p>
        </w:tc>
      </w:tr>
      <w:tr w:rsidR="002B76DC" w:rsidRPr="00352295" w14:paraId="45C1F3CD" w14:textId="77777777" w:rsidTr="002B76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</w:tcPr>
          <w:p w14:paraId="48DFD3FC" w14:textId="77777777" w:rsidR="002B76DC" w:rsidRPr="00E53D4C" w:rsidRDefault="00B97995">
            <w:pPr>
              <w:rPr>
                <w:lang w:val="fr-FR"/>
              </w:rPr>
            </w:pPr>
            <w:r w:rsidRPr="00E53D4C">
              <w:rPr>
                <w:rFonts w:ascii="Arial" w:hAnsi="Arial"/>
                <w:sz w:val="20"/>
                <w:lang w:val="fr-FR"/>
              </w:rPr>
              <w:t>Bloc Collectif : Redéploiement &amp; Plan de Jeu</w:t>
            </w:r>
          </w:p>
        </w:tc>
        <w:tc>
          <w:tcPr>
            <w:tcW w:w="3312" w:type="dxa"/>
          </w:tcPr>
          <w:p w14:paraId="4DD45612" w14:textId="4E5368D9" w:rsidR="002B76DC" w:rsidRDefault="00B979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hAnsi="Arial"/>
                <w:sz w:val="20"/>
              </w:rPr>
              <w:t>2</w:t>
            </w:r>
            <w:r w:rsidR="00D61B9A">
              <w:rPr>
                <w:rFonts w:ascii="Arial" w:hAnsi="Arial"/>
                <w:sz w:val="20"/>
              </w:rPr>
              <w:t>0</w:t>
            </w:r>
            <w:r>
              <w:rPr>
                <w:rFonts w:ascii="Arial" w:hAnsi="Arial"/>
                <w:sz w:val="20"/>
              </w:rPr>
              <w:t xml:space="preserve"> min (20h</w:t>
            </w:r>
            <w:r w:rsidR="00D61B9A">
              <w:rPr>
                <w:rFonts w:ascii="Arial" w:hAnsi="Arial"/>
                <w:sz w:val="20"/>
              </w:rPr>
              <w:t>40</w:t>
            </w:r>
            <w:r>
              <w:rPr>
                <w:rFonts w:ascii="Arial" w:hAnsi="Arial"/>
                <w:sz w:val="20"/>
              </w:rPr>
              <w:t xml:space="preserve"> - </w:t>
            </w:r>
            <w:r w:rsidR="00D61B9A">
              <w:rPr>
                <w:rFonts w:ascii="Arial" w:hAnsi="Arial"/>
                <w:sz w:val="20"/>
              </w:rPr>
              <w:t>21</w:t>
            </w:r>
            <w:r>
              <w:rPr>
                <w:rFonts w:ascii="Arial" w:hAnsi="Arial"/>
                <w:sz w:val="20"/>
              </w:rPr>
              <w:t>h</w:t>
            </w:r>
            <w:r w:rsidR="00D61B9A">
              <w:rPr>
                <w:rFonts w:ascii="Arial" w:hAnsi="Arial"/>
                <w:sz w:val="20"/>
              </w:rPr>
              <w:t>0</w:t>
            </w:r>
            <w:r>
              <w:rPr>
                <w:rFonts w:ascii="Arial" w:hAnsi="Arial"/>
                <w:sz w:val="20"/>
              </w:rPr>
              <w:t>0)</w:t>
            </w:r>
          </w:p>
        </w:tc>
        <w:tc>
          <w:tcPr>
            <w:tcW w:w="3312" w:type="dxa"/>
          </w:tcPr>
          <w:p w14:paraId="65F6BD1D" w14:textId="24C53AF7" w:rsidR="002B76DC" w:rsidRPr="00E53D4C" w:rsidRDefault="00B979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FR"/>
              </w:rPr>
            </w:pPr>
            <w:r w:rsidRPr="00E53D4C">
              <w:rPr>
                <w:rFonts w:ascii="Arial" w:hAnsi="Arial"/>
                <w:sz w:val="20"/>
                <w:lang w:val="fr-FR"/>
              </w:rPr>
              <w:t>Redistribution sur la largeur, enchaînement Pick-and-go puis jeu au large</w:t>
            </w:r>
            <w:r w:rsidR="00331364">
              <w:rPr>
                <w:rFonts w:ascii="Arial" w:hAnsi="Arial"/>
                <w:sz w:val="20"/>
                <w:lang w:val="fr-FR"/>
              </w:rPr>
              <w:t xml:space="preserve">, </w:t>
            </w:r>
            <w:r w:rsidR="0034214D">
              <w:rPr>
                <w:rFonts w:ascii="Arial" w:hAnsi="Arial"/>
                <w:sz w:val="20"/>
                <w:lang w:val="fr-FR"/>
              </w:rPr>
              <w:t>a</w:t>
            </w:r>
            <w:r w:rsidR="00331364">
              <w:rPr>
                <w:rFonts w:ascii="Arial" w:hAnsi="Arial"/>
                <w:sz w:val="20"/>
                <w:lang w:val="fr-FR"/>
              </w:rPr>
              <w:t>vec intégration d’un bloc de 3 après 9</w:t>
            </w:r>
            <w:r w:rsidRPr="00E53D4C">
              <w:rPr>
                <w:rFonts w:ascii="Arial" w:hAnsi="Arial"/>
                <w:sz w:val="20"/>
                <w:lang w:val="fr-FR"/>
              </w:rPr>
              <w:t>.</w:t>
            </w:r>
          </w:p>
        </w:tc>
      </w:tr>
      <w:tr w:rsidR="002B76DC" w:rsidRPr="00352295" w14:paraId="1FAE4A5E" w14:textId="77777777" w:rsidTr="002B76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</w:tcPr>
          <w:p w14:paraId="3CB2D963" w14:textId="77777777" w:rsidR="002B76DC" w:rsidRPr="00E53D4C" w:rsidRDefault="00B97995">
            <w:pPr>
              <w:rPr>
                <w:lang w:val="fr-FR"/>
              </w:rPr>
            </w:pPr>
            <w:r w:rsidRPr="00E53D4C">
              <w:rPr>
                <w:rFonts w:ascii="Arial" w:hAnsi="Arial"/>
                <w:sz w:val="20"/>
                <w:lang w:val="fr-FR"/>
              </w:rPr>
              <w:t>Retour au Calme &amp; Débriefing Staff/Joueurs</w:t>
            </w:r>
          </w:p>
        </w:tc>
        <w:tc>
          <w:tcPr>
            <w:tcW w:w="3312" w:type="dxa"/>
          </w:tcPr>
          <w:p w14:paraId="344A839B" w14:textId="7FFDE056" w:rsidR="002B76DC" w:rsidRDefault="00B979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/>
                <w:sz w:val="20"/>
              </w:rPr>
              <w:t>05 min (2</w:t>
            </w:r>
            <w:r w:rsidR="004F7EE4">
              <w:rPr>
                <w:rFonts w:ascii="Arial" w:hAnsi="Arial"/>
                <w:sz w:val="20"/>
              </w:rPr>
              <w:t>1</w:t>
            </w:r>
            <w:r>
              <w:rPr>
                <w:rFonts w:ascii="Arial" w:hAnsi="Arial"/>
                <w:sz w:val="20"/>
              </w:rPr>
              <w:t>h</w:t>
            </w:r>
            <w:r w:rsidR="004F7EE4">
              <w:rPr>
                <w:rFonts w:ascii="Arial" w:hAnsi="Arial"/>
                <w:sz w:val="20"/>
              </w:rPr>
              <w:t>0</w:t>
            </w:r>
            <w:r>
              <w:rPr>
                <w:rFonts w:ascii="Arial" w:hAnsi="Arial"/>
                <w:sz w:val="20"/>
              </w:rPr>
              <w:t>0 - 21h0</w:t>
            </w:r>
            <w:r w:rsidR="004F7EE4">
              <w:rPr>
                <w:rFonts w:ascii="Arial" w:hAnsi="Arial"/>
                <w:sz w:val="20"/>
              </w:rPr>
              <w:t>5</w:t>
            </w:r>
            <w:r>
              <w:rPr>
                <w:rFonts w:ascii="Arial" w:hAnsi="Arial"/>
                <w:sz w:val="20"/>
              </w:rPr>
              <w:t>)</w:t>
            </w:r>
          </w:p>
        </w:tc>
        <w:tc>
          <w:tcPr>
            <w:tcW w:w="3312" w:type="dxa"/>
          </w:tcPr>
          <w:p w14:paraId="29A7A694" w14:textId="77777777" w:rsidR="002B76DC" w:rsidRPr="00E53D4C" w:rsidRDefault="00B979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  <w:r w:rsidRPr="00E53D4C">
              <w:rPr>
                <w:rFonts w:ascii="Arial" w:hAnsi="Arial"/>
                <w:sz w:val="20"/>
                <w:lang w:val="fr-FR"/>
              </w:rPr>
              <w:t>Étirements, feedback du nouveau staff, prise de contact.</w:t>
            </w:r>
          </w:p>
        </w:tc>
      </w:tr>
    </w:tbl>
    <w:p w14:paraId="52ED72C8" w14:textId="77777777" w:rsidR="00FA1144" w:rsidRDefault="00FA1144">
      <w:pPr>
        <w:keepNext/>
        <w:spacing w:before="240" w:after="80"/>
        <w:rPr>
          <w:rFonts w:ascii="Arial" w:hAnsi="Arial"/>
          <w:b/>
          <w:color w:val="003366"/>
          <w:sz w:val="32"/>
          <w:lang w:val="fr-FR"/>
        </w:rPr>
      </w:pPr>
    </w:p>
    <w:p w14:paraId="4FE51E1B" w14:textId="6CA86876" w:rsidR="00FA1144" w:rsidRDefault="00FA1144">
      <w:pPr>
        <w:keepNext/>
        <w:spacing w:before="240" w:after="80"/>
        <w:rPr>
          <w:rFonts w:ascii="Arial" w:hAnsi="Arial"/>
          <w:b/>
          <w:color w:val="003366"/>
          <w:sz w:val="32"/>
          <w:lang w:val="fr-FR"/>
        </w:rPr>
      </w:pPr>
      <w:r>
        <w:rPr>
          <w:rFonts w:ascii="Arial" w:hAnsi="Arial"/>
          <w:b/>
          <w:color w:val="003366"/>
          <w:sz w:val="32"/>
          <w:lang w:val="fr-FR"/>
        </w:rPr>
        <w:t>Welcome des nouveaux joueurs, et pour la reprise.</w:t>
      </w:r>
    </w:p>
    <w:p w14:paraId="74B1B9FB" w14:textId="77777777" w:rsidR="00E25DEE" w:rsidRDefault="00FA1144">
      <w:pPr>
        <w:keepNext/>
        <w:spacing w:before="240" w:after="80"/>
        <w:rPr>
          <w:rFonts w:ascii="Arial" w:hAnsi="Arial"/>
          <w:b/>
          <w:color w:val="003366"/>
          <w:sz w:val="32"/>
          <w:lang w:val="fr-FR"/>
        </w:rPr>
      </w:pPr>
      <w:r>
        <w:rPr>
          <w:rFonts w:ascii="Arial" w:hAnsi="Arial"/>
          <w:b/>
          <w:color w:val="003366"/>
          <w:sz w:val="32"/>
          <w:lang w:val="fr-FR"/>
        </w:rPr>
        <w:t xml:space="preserve">En </w:t>
      </w:r>
      <w:proofErr w:type="spellStart"/>
      <w:r>
        <w:rPr>
          <w:rFonts w:ascii="Arial" w:hAnsi="Arial"/>
          <w:b/>
          <w:color w:val="003366"/>
          <w:sz w:val="32"/>
          <w:lang w:val="fr-FR"/>
        </w:rPr>
        <w:t>closing</w:t>
      </w:r>
      <w:proofErr w:type="spellEnd"/>
      <w:r>
        <w:rPr>
          <w:rFonts w:ascii="Arial" w:hAnsi="Arial"/>
          <w:b/>
          <w:color w:val="003366"/>
          <w:sz w:val="32"/>
          <w:lang w:val="fr-FR"/>
        </w:rPr>
        <w:t> :</w:t>
      </w:r>
    </w:p>
    <w:p w14:paraId="338AE521" w14:textId="5F6BD5EA" w:rsidR="00E25DEE" w:rsidRDefault="00E25DEE" w:rsidP="00E25DEE">
      <w:pPr>
        <w:pStyle w:val="ListParagraph"/>
        <w:keepNext/>
        <w:numPr>
          <w:ilvl w:val="0"/>
          <w:numId w:val="16"/>
        </w:numPr>
        <w:spacing w:before="240" w:after="80"/>
        <w:rPr>
          <w:rFonts w:ascii="Arial" w:hAnsi="Arial"/>
          <w:b/>
          <w:color w:val="003366"/>
          <w:sz w:val="32"/>
          <w:lang w:val="fr-FR"/>
        </w:rPr>
      </w:pPr>
      <w:r>
        <w:rPr>
          <w:rFonts w:ascii="Arial" w:hAnsi="Arial"/>
          <w:b/>
          <w:color w:val="003366"/>
          <w:sz w:val="32"/>
          <w:lang w:val="fr-FR"/>
        </w:rPr>
        <w:t>Fitness, fitness, fitness (Cardio !)</w:t>
      </w:r>
    </w:p>
    <w:p w14:paraId="7C705852" w14:textId="3B7FDE96" w:rsidR="00B82ADC" w:rsidRPr="00E25DEE" w:rsidRDefault="00FA1144" w:rsidP="00E25DEE">
      <w:pPr>
        <w:pStyle w:val="ListParagraph"/>
        <w:keepNext/>
        <w:numPr>
          <w:ilvl w:val="0"/>
          <w:numId w:val="16"/>
        </w:numPr>
        <w:spacing w:before="240" w:after="80"/>
        <w:rPr>
          <w:rFonts w:ascii="Arial" w:hAnsi="Arial"/>
          <w:b/>
          <w:color w:val="003366"/>
          <w:sz w:val="32"/>
          <w:lang w:val="fr-FR"/>
        </w:rPr>
      </w:pPr>
      <w:r w:rsidRPr="00E25DEE">
        <w:rPr>
          <w:rFonts w:ascii="Arial" w:hAnsi="Arial"/>
          <w:b/>
          <w:color w:val="003366"/>
          <w:sz w:val="32"/>
          <w:lang w:val="fr-FR"/>
        </w:rPr>
        <w:t xml:space="preserve">Match contre TYGRE (on fait ou </w:t>
      </w:r>
      <w:proofErr w:type="gramStart"/>
      <w:r w:rsidRPr="00E25DEE">
        <w:rPr>
          <w:rFonts w:ascii="Arial" w:hAnsi="Arial"/>
          <w:b/>
          <w:color w:val="003366"/>
          <w:sz w:val="32"/>
          <w:lang w:val="fr-FR"/>
        </w:rPr>
        <w:t>on fait pas</w:t>
      </w:r>
      <w:proofErr w:type="gramEnd"/>
      <w:r w:rsidRPr="00E25DEE">
        <w:rPr>
          <w:rFonts w:ascii="Arial" w:hAnsi="Arial"/>
          <w:b/>
          <w:color w:val="003366"/>
          <w:sz w:val="32"/>
          <w:lang w:val="fr-FR"/>
        </w:rPr>
        <w:t> ?)</w:t>
      </w:r>
    </w:p>
    <w:p w14:paraId="5E0400D3" w14:textId="77777777" w:rsidR="009C6AF0" w:rsidRDefault="009C6AF0">
      <w:pPr>
        <w:rPr>
          <w:rFonts w:ascii="Arial" w:hAnsi="Arial"/>
          <w:b/>
          <w:color w:val="003366"/>
          <w:sz w:val="32"/>
          <w:lang w:val="fr-FR"/>
        </w:rPr>
      </w:pPr>
      <w:r>
        <w:rPr>
          <w:rFonts w:ascii="Arial" w:hAnsi="Arial"/>
          <w:b/>
          <w:color w:val="003366"/>
          <w:sz w:val="32"/>
          <w:lang w:val="fr-FR"/>
        </w:rPr>
        <w:br w:type="page"/>
      </w:r>
    </w:p>
    <w:p w14:paraId="7C67C060" w14:textId="4FBB42F1" w:rsidR="002B76DC" w:rsidRPr="00E53D4C" w:rsidRDefault="00B97995">
      <w:pPr>
        <w:keepNext/>
        <w:spacing w:before="240" w:after="80"/>
        <w:rPr>
          <w:lang w:val="fr-FR"/>
        </w:rPr>
      </w:pPr>
      <w:r w:rsidRPr="00E53D4C">
        <w:rPr>
          <w:rFonts w:ascii="Arial" w:hAnsi="Arial"/>
          <w:b/>
          <w:color w:val="003366"/>
          <w:sz w:val="32"/>
          <w:lang w:val="fr-FR"/>
        </w:rPr>
        <w:lastRenderedPageBreak/>
        <w:t>2. DÉTAIL DES BLOCS &amp; DIAGRAMMES TACTIQUES</w:t>
      </w:r>
    </w:p>
    <w:p w14:paraId="334C26FA" w14:textId="6C9A31BD" w:rsidR="002B76DC" w:rsidRPr="00E53D4C" w:rsidRDefault="00B97995">
      <w:pPr>
        <w:keepNext/>
        <w:spacing w:before="240" w:after="80"/>
        <w:rPr>
          <w:lang w:val="fr-FR"/>
        </w:rPr>
      </w:pPr>
      <w:r w:rsidRPr="00E53D4C">
        <w:rPr>
          <w:rFonts w:ascii="Arial" w:hAnsi="Arial"/>
          <w:b/>
          <w:color w:val="323232"/>
          <w:sz w:val="26"/>
          <w:lang w:val="fr-FR"/>
        </w:rPr>
        <w:t xml:space="preserve">Bloc 1 : Échauffement Évolutif &amp; </w:t>
      </w:r>
      <w:proofErr w:type="spellStart"/>
      <w:r w:rsidRPr="00E53D4C">
        <w:rPr>
          <w:rFonts w:ascii="Arial" w:hAnsi="Arial"/>
          <w:b/>
          <w:color w:val="323232"/>
          <w:sz w:val="26"/>
          <w:lang w:val="fr-FR"/>
        </w:rPr>
        <w:t>Skills</w:t>
      </w:r>
      <w:proofErr w:type="spellEnd"/>
      <w:r w:rsidRPr="00E53D4C">
        <w:rPr>
          <w:rFonts w:ascii="Arial" w:hAnsi="Arial"/>
          <w:b/>
          <w:color w:val="323232"/>
          <w:sz w:val="26"/>
          <w:lang w:val="fr-FR"/>
        </w:rPr>
        <w:t xml:space="preserve"> Passe (1</w:t>
      </w:r>
      <w:r w:rsidR="00154B2B">
        <w:rPr>
          <w:rFonts w:ascii="Arial" w:hAnsi="Arial"/>
          <w:b/>
          <w:color w:val="323232"/>
          <w:sz w:val="26"/>
          <w:lang w:val="fr-FR"/>
        </w:rPr>
        <w:t>0</w:t>
      </w:r>
      <w:r w:rsidRPr="00E53D4C">
        <w:rPr>
          <w:rFonts w:ascii="Arial" w:hAnsi="Arial"/>
          <w:b/>
          <w:color w:val="323232"/>
          <w:sz w:val="26"/>
          <w:lang w:val="fr-FR"/>
        </w:rPr>
        <w:t xml:space="preserve"> Min)</w:t>
      </w:r>
      <w:r w:rsidR="004E2AA2">
        <w:rPr>
          <w:rFonts w:ascii="Arial" w:hAnsi="Arial"/>
          <w:b/>
          <w:color w:val="323232"/>
          <w:sz w:val="26"/>
          <w:lang w:val="fr-FR"/>
        </w:rPr>
        <w:t xml:space="preserve"> - </w:t>
      </w:r>
      <w:r w:rsidR="004E2AA2" w:rsidRPr="00E53D4C">
        <w:rPr>
          <w:rFonts w:ascii="Arial" w:hAnsi="Arial"/>
          <w:b/>
          <w:color w:val="323232"/>
          <w:sz w:val="26"/>
          <w:lang w:val="fr-FR"/>
        </w:rPr>
        <w:t>Cardio/Fitness intégré</w:t>
      </w:r>
    </w:p>
    <w:p w14:paraId="0B80014A" w14:textId="5EC80F6E" w:rsidR="002B76DC" w:rsidRPr="00E53D4C" w:rsidRDefault="00B97995">
      <w:pPr>
        <w:rPr>
          <w:lang w:val="fr-FR"/>
        </w:rPr>
      </w:pPr>
      <w:r w:rsidRPr="00E53D4C">
        <w:rPr>
          <w:b/>
          <w:lang w:val="fr-FR"/>
        </w:rPr>
        <w:t>• Matériel :</w:t>
      </w:r>
      <w:r w:rsidRPr="00E53D4C">
        <w:rPr>
          <w:lang w:val="fr-FR"/>
        </w:rPr>
        <w:t xml:space="preserve"> cônes</w:t>
      </w:r>
      <w:r w:rsidR="004D6AC8">
        <w:rPr>
          <w:lang w:val="fr-FR"/>
        </w:rPr>
        <w:t>/piquets</w:t>
      </w:r>
      <w:r w:rsidRPr="00E53D4C">
        <w:rPr>
          <w:lang w:val="fr-FR"/>
        </w:rPr>
        <w:t xml:space="preserve"> (▲), </w:t>
      </w:r>
      <w:r w:rsidR="00154B2B">
        <w:rPr>
          <w:lang w:val="fr-FR"/>
        </w:rPr>
        <w:t>4</w:t>
      </w:r>
      <w:r w:rsidRPr="00E53D4C">
        <w:rPr>
          <w:lang w:val="fr-FR"/>
        </w:rPr>
        <w:t xml:space="preserve"> ballons (⚫). Jusqu'à 20 joueurs répartis </w:t>
      </w:r>
      <w:r w:rsidR="00154B2B">
        <w:rPr>
          <w:lang w:val="fr-FR"/>
        </w:rPr>
        <w:t xml:space="preserve">sur </w:t>
      </w:r>
      <w:r w:rsidR="004E214A">
        <w:rPr>
          <w:lang w:val="fr-FR"/>
        </w:rPr>
        <w:t xml:space="preserve">2 lignes face à </w:t>
      </w:r>
      <w:proofErr w:type="gramStart"/>
      <w:r w:rsidR="004E214A">
        <w:rPr>
          <w:lang w:val="fr-FR"/>
        </w:rPr>
        <w:t xml:space="preserve">face </w:t>
      </w:r>
      <w:r w:rsidRPr="00E53D4C">
        <w:rPr>
          <w:lang w:val="fr-FR"/>
        </w:rPr>
        <w:t>.</w:t>
      </w:r>
      <w:proofErr w:type="gramEnd"/>
    </w:p>
    <w:p w14:paraId="4DDE15E4" w14:textId="77777777" w:rsidR="001F4762" w:rsidRDefault="001F4762" w:rsidP="001F4762">
      <w:pPr>
        <w:spacing w:after="0"/>
        <w:rPr>
          <w:lang w:val="fr-FR"/>
        </w:rPr>
      </w:pPr>
    </w:p>
    <w:p w14:paraId="25D437C4" w14:textId="2D6F73A4" w:rsidR="001F4762" w:rsidRPr="001F4762" w:rsidRDefault="001F4762" w:rsidP="001F4762">
      <w:pPr>
        <w:spacing w:after="0"/>
        <w:rPr>
          <w:b/>
          <w:bCs/>
          <w:lang w:val="fr-FR"/>
        </w:rPr>
      </w:pPr>
      <w:r w:rsidRPr="001F4762">
        <w:rPr>
          <w:b/>
          <w:bCs/>
          <w:lang w:val="fr-FR"/>
        </w:rPr>
        <w:t xml:space="preserve">Exercice de base : </w:t>
      </w:r>
      <w:r w:rsidR="00C1516F">
        <w:rPr>
          <w:b/>
          <w:bCs/>
          <w:lang w:val="fr-FR"/>
        </w:rPr>
        <w:t>passe sur un pas en mouvements</w:t>
      </w:r>
    </w:p>
    <w:p w14:paraId="62AEF205" w14:textId="3C4ED1DA" w:rsidR="006B5D7E" w:rsidRDefault="006B5D7E" w:rsidP="001F4762">
      <w:pPr>
        <w:spacing w:after="0"/>
        <w:rPr>
          <w:lang w:val="fr-FR"/>
        </w:rPr>
      </w:pPr>
      <w:r>
        <w:rPr>
          <w:lang w:val="fr-FR"/>
        </w:rPr>
        <w:t>Début en marchant, puis footing, puis sprint</w:t>
      </w:r>
    </w:p>
    <w:p w14:paraId="596C135F" w14:textId="49F9C890" w:rsidR="001F4762" w:rsidRDefault="001F4762" w:rsidP="001F4762">
      <w:pPr>
        <w:spacing w:after="0"/>
        <w:rPr>
          <w:lang w:val="fr-FR"/>
        </w:rPr>
      </w:pPr>
      <w:r w:rsidRPr="001F4762">
        <w:rPr>
          <w:lang w:val="fr-FR"/>
        </w:rPr>
        <w:t xml:space="preserve">Pour respecter la règle de la </w:t>
      </w:r>
      <w:r w:rsidRPr="001F4762">
        <w:rPr>
          <w:b/>
          <w:bCs/>
          <w:lang w:val="fr-FR"/>
        </w:rPr>
        <w:t>passe en arrière</w:t>
      </w:r>
      <w:r w:rsidRPr="001F4762">
        <w:rPr>
          <w:lang w:val="fr-FR"/>
        </w:rPr>
        <w:t xml:space="preserve">, le receveur doit impérativement démarrer sa course </w:t>
      </w:r>
      <w:r w:rsidR="007B0503">
        <w:rPr>
          <w:lang w:val="fr-FR"/>
        </w:rPr>
        <w:t xml:space="preserve">en </w:t>
      </w:r>
      <w:proofErr w:type="spellStart"/>
      <w:r w:rsidR="006B5D7E">
        <w:rPr>
          <w:lang w:val="fr-FR"/>
        </w:rPr>
        <w:t>meme</w:t>
      </w:r>
      <w:proofErr w:type="spellEnd"/>
      <w:r w:rsidR="007B0503">
        <w:rPr>
          <w:lang w:val="fr-FR"/>
        </w:rPr>
        <w:t xml:space="preserve"> temps que</w:t>
      </w:r>
      <w:r w:rsidR="006B5D7E">
        <w:rPr>
          <w:lang w:val="fr-FR"/>
        </w:rPr>
        <w:t xml:space="preserve"> </w:t>
      </w:r>
      <w:r w:rsidR="007B0503">
        <w:rPr>
          <w:lang w:val="fr-FR"/>
        </w:rPr>
        <w:t>la ligne opposée</w:t>
      </w:r>
      <w:r w:rsidRPr="001F4762">
        <w:rPr>
          <w:lang w:val="fr-FR"/>
        </w:rPr>
        <w:t>.</w:t>
      </w:r>
    </w:p>
    <w:p w14:paraId="0D5E6BFA" w14:textId="77777777" w:rsidR="00660D1F" w:rsidRDefault="00C1516F" w:rsidP="001F4762">
      <w:pPr>
        <w:spacing w:after="0"/>
        <w:rPr>
          <w:lang w:val="fr-FR"/>
        </w:rPr>
      </w:pPr>
      <w:r>
        <w:rPr>
          <w:lang w:val="fr-FR"/>
        </w:rPr>
        <w:t>Les points de départ et arrivée, marqués par des cônes, seront déplacées par les en</w:t>
      </w:r>
      <w:r w:rsidR="00B71F2D">
        <w:rPr>
          <w:lang w:val="fr-FR"/>
        </w:rPr>
        <w:t>t</w:t>
      </w:r>
      <w:r>
        <w:rPr>
          <w:lang w:val="fr-FR"/>
        </w:rPr>
        <w:t xml:space="preserve">raineurs au fur </w:t>
      </w:r>
      <w:r w:rsidR="00B71F2D">
        <w:rPr>
          <w:lang w:val="fr-FR"/>
        </w:rPr>
        <w:t>e</w:t>
      </w:r>
      <w:r>
        <w:rPr>
          <w:lang w:val="fr-FR"/>
        </w:rPr>
        <w:t>t</w:t>
      </w:r>
      <w:r w:rsidR="00B71F2D">
        <w:rPr>
          <w:lang w:val="fr-FR"/>
        </w:rPr>
        <w:t xml:space="preserve"> </w:t>
      </w:r>
      <w:r>
        <w:rPr>
          <w:lang w:val="fr-FR"/>
        </w:rPr>
        <w:t>à mesure de l’exercice.</w:t>
      </w:r>
    </w:p>
    <w:p w14:paraId="2F9C9AFE" w14:textId="07002C3D" w:rsidR="00C1516F" w:rsidRDefault="00660D1F" w:rsidP="001F4762">
      <w:pPr>
        <w:spacing w:after="0"/>
        <w:rPr>
          <w:lang w:val="fr-FR"/>
        </w:rPr>
      </w:pPr>
      <w:r>
        <w:rPr>
          <w:lang w:val="fr-FR"/>
        </w:rPr>
        <w:t>Sac au milieu. Le 2me passeur doit passer systématiquement à l’</w:t>
      </w:r>
      <w:proofErr w:type="spellStart"/>
      <w:r>
        <w:rPr>
          <w:lang w:val="fr-FR"/>
        </w:rPr>
        <w:t>interieur</w:t>
      </w:r>
      <w:proofErr w:type="spellEnd"/>
      <w:r>
        <w:rPr>
          <w:lang w:val="fr-FR"/>
        </w:rPr>
        <w:t xml:space="preserve"> du sac</w:t>
      </w:r>
      <w:r w:rsidR="00B25BD0">
        <w:rPr>
          <w:lang w:val="fr-FR"/>
        </w:rPr>
        <w:t xml:space="preserve"> et passe AVANT le sac</w:t>
      </w:r>
      <w:r w:rsidR="00C1516F">
        <w:rPr>
          <w:lang w:val="fr-FR"/>
        </w:rPr>
        <w:br/>
        <w:t xml:space="preserve">Passe à droite et passes </w:t>
      </w:r>
      <w:r w:rsidR="00B71F2D">
        <w:rPr>
          <w:lang w:val="fr-FR"/>
        </w:rPr>
        <w:t>à</w:t>
      </w:r>
      <w:r w:rsidR="00C1516F">
        <w:rPr>
          <w:lang w:val="fr-FR"/>
        </w:rPr>
        <w:t xml:space="preserve"> </w:t>
      </w:r>
      <w:r w:rsidR="008550EE">
        <w:rPr>
          <w:lang w:val="fr-FR"/>
        </w:rPr>
        <w:t>gauc</w:t>
      </w:r>
      <w:r w:rsidR="00E12D5B">
        <w:rPr>
          <w:lang w:val="fr-FR"/>
        </w:rPr>
        <w:t>h</w:t>
      </w:r>
      <w:r w:rsidR="008550EE">
        <w:rPr>
          <w:lang w:val="fr-FR"/>
        </w:rPr>
        <w:t>e.</w:t>
      </w:r>
    </w:p>
    <w:p w14:paraId="40D64851" w14:textId="3621CC46" w:rsidR="00E12D5B" w:rsidRDefault="00E12D5B" w:rsidP="001F4762">
      <w:pPr>
        <w:spacing w:after="0"/>
        <w:rPr>
          <w:lang w:val="fr-FR"/>
        </w:rPr>
      </w:pPr>
      <w:r>
        <w:rPr>
          <w:lang w:val="fr-FR"/>
        </w:rPr>
        <w:t>Courses droite</w:t>
      </w:r>
      <w:r w:rsidR="007B710C">
        <w:rPr>
          <w:lang w:val="fr-FR"/>
        </w:rPr>
        <w:t>s</w:t>
      </w:r>
      <w:r>
        <w:rPr>
          <w:lang w:val="fr-FR"/>
        </w:rPr>
        <w:t xml:space="preserve">, </w:t>
      </w:r>
      <w:r w:rsidR="00B71F2D">
        <w:rPr>
          <w:lang w:val="fr-FR"/>
        </w:rPr>
        <w:t xml:space="preserve">qui </w:t>
      </w:r>
      <w:r>
        <w:rPr>
          <w:lang w:val="fr-FR"/>
        </w:rPr>
        <w:t>termine</w:t>
      </w:r>
      <w:r w:rsidR="00B71F2D">
        <w:rPr>
          <w:lang w:val="fr-FR"/>
        </w:rPr>
        <w:t xml:space="preserve">nt toujours </w:t>
      </w:r>
      <w:r>
        <w:rPr>
          <w:lang w:val="fr-FR"/>
        </w:rPr>
        <w:t>à l’</w:t>
      </w:r>
      <w:proofErr w:type="spellStart"/>
      <w:r>
        <w:rPr>
          <w:lang w:val="fr-FR"/>
        </w:rPr>
        <w:t>exterieur</w:t>
      </w:r>
      <w:proofErr w:type="spellEnd"/>
      <w:r>
        <w:rPr>
          <w:lang w:val="fr-FR"/>
        </w:rPr>
        <w:t xml:space="preserve"> des plots</w:t>
      </w:r>
      <w:r w:rsidR="009324F0">
        <w:rPr>
          <w:lang w:val="fr-FR"/>
        </w:rPr>
        <w:t xml:space="preserve"> pour le 3me</w:t>
      </w:r>
      <w:r w:rsidR="003760A5">
        <w:rPr>
          <w:lang w:val="fr-FR"/>
        </w:rPr>
        <w:t xml:space="preserve">, qui </w:t>
      </w:r>
      <w:r w:rsidR="007B710C">
        <w:rPr>
          <w:lang w:val="fr-FR"/>
        </w:rPr>
        <w:t>passe à l’</w:t>
      </w:r>
      <w:proofErr w:type="spellStart"/>
      <w:r w:rsidR="007B710C">
        <w:rPr>
          <w:lang w:val="fr-FR"/>
        </w:rPr>
        <w:t>interieur</w:t>
      </w:r>
      <w:proofErr w:type="spellEnd"/>
      <w:r w:rsidR="009324F0">
        <w:rPr>
          <w:lang w:val="fr-FR"/>
        </w:rPr>
        <w:t xml:space="preserve"> pour le</w:t>
      </w:r>
      <w:r w:rsidR="003760A5">
        <w:rPr>
          <w:lang w:val="fr-FR"/>
        </w:rPr>
        <w:t xml:space="preserve"> lancement de la ligne</w:t>
      </w:r>
      <w:r w:rsidR="009324F0">
        <w:rPr>
          <w:lang w:val="fr-FR"/>
        </w:rPr>
        <w:t xml:space="preserve"> retour</w:t>
      </w:r>
      <w:r>
        <w:rPr>
          <w:lang w:val="fr-FR"/>
        </w:rPr>
        <w:t>.</w:t>
      </w:r>
      <w:r>
        <w:rPr>
          <w:lang w:val="fr-FR"/>
        </w:rPr>
        <w:br/>
        <w:t>Dans le sens retour Le premier passe 2me, qui passe 3me, qui passe 1</w:t>
      </w:r>
      <w:proofErr w:type="gramStart"/>
      <w:r w:rsidRPr="00E12D5B">
        <w:rPr>
          <w:vertAlign w:val="superscript"/>
          <w:lang w:val="fr-FR"/>
        </w:rPr>
        <w:t>er</w:t>
      </w:r>
      <w:r>
        <w:rPr>
          <w:lang w:val="fr-FR"/>
        </w:rPr>
        <w:t xml:space="preserve">  (</w:t>
      </w:r>
      <w:proofErr w:type="gramEnd"/>
      <w:r>
        <w:rPr>
          <w:lang w:val="fr-FR"/>
        </w:rPr>
        <w:t>changement de place à chaque passage)</w:t>
      </w:r>
    </w:p>
    <w:p w14:paraId="4FC2F68B" w14:textId="77777777" w:rsidR="001F4762" w:rsidRDefault="001F4762" w:rsidP="001F4762">
      <w:pPr>
        <w:spacing w:after="0"/>
        <w:rPr>
          <w:b/>
          <w:bCs/>
          <w:lang w:val="fr-FR"/>
        </w:rPr>
      </w:pPr>
    </w:p>
    <w:p w14:paraId="422C1B24" w14:textId="67E83130" w:rsidR="001F4762" w:rsidRDefault="001F4762" w:rsidP="008550EE">
      <w:pPr>
        <w:spacing w:after="0"/>
        <w:rPr>
          <w:b/>
          <w:bCs/>
          <w:lang w:val="fr-FR"/>
        </w:rPr>
      </w:pPr>
      <w:r w:rsidRPr="001F4762">
        <w:rPr>
          <w:b/>
          <w:bCs/>
          <w:lang w:val="fr-FR"/>
        </w:rPr>
        <w:t>Évolution à 1 ballon</w:t>
      </w:r>
      <w:r w:rsidR="008550EE">
        <w:rPr>
          <w:b/>
          <w:bCs/>
          <w:lang w:val="fr-FR"/>
        </w:rPr>
        <w:t xml:space="preserve">, puis 2 ballons </w:t>
      </w:r>
      <w:r w:rsidRPr="00C1516F">
        <w:rPr>
          <w:b/>
          <w:bCs/>
          <w:lang w:val="fr-FR"/>
        </w:rPr>
        <w:t>simultanés</w:t>
      </w:r>
      <w:r w:rsidR="008550EE">
        <w:rPr>
          <w:b/>
          <w:bCs/>
          <w:lang w:val="fr-FR"/>
        </w:rPr>
        <w:t xml:space="preserve"> de chaque </w:t>
      </w:r>
      <w:proofErr w:type="spellStart"/>
      <w:r w:rsidR="008550EE">
        <w:rPr>
          <w:b/>
          <w:bCs/>
          <w:lang w:val="fr-FR"/>
        </w:rPr>
        <w:t>coté</w:t>
      </w:r>
      <w:proofErr w:type="spellEnd"/>
      <w:r w:rsidR="008550EE">
        <w:rPr>
          <w:b/>
          <w:bCs/>
          <w:lang w:val="fr-FR"/>
        </w:rPr>
        <w:t xml:space="preserve"> de la lign</w:t>
      </w:r>
      <w:r w:rsidR="00703F65">
        <w:rPr>
          <w:b/>
          <w:bCs/>
          <w:lang w:val="fr-FR"/>
        </w:rPr>
        <w:t>e/ la 3me pote le ballon En 1</w:t>
      </w:r>
      <w:r w:rsidR="00703F65" w:rsidRPr="00703F65">
        <w:rPr>
          <w:b/>
          <w:bCs/>
          <w:vertAlign w:val="superscript"/>
          <w:lang w:val="fr-FR"/>
        </w:rPr>
        <w:t>er</w:t>
      </w:r>
      <w:r w:rsidR="00703F65">
        <w:rPr>
          <w:b/>
          <w:bCs/>
          <w:lang w:val="fr-FR"/>
        </w:rPr>
        <w:t xml:space="preserve"> de la ligne opposé (pas de passe</w:t>
      </w:r>
      <w:r w:rsidR="00ED7193">
        <w:rPr>
          <w:b/>
          <w:bCs/>
          <w:lang w:val="fr-FR"/>
        </w:rPr>
        <w:t xml:space="preserve"> au </w:t>
      </w:r>
      <w:proofErr w:type="spellStart"/>
      <w:r w:rsidR="00ED7193">
        <w:rPr>
          <w:b/>
          <w:bCs/>
          <w:lang w:val="fr-FR"/>
        </w:rPr>
        <w:t>coté</w:t>
      </w:r>
      <w:proofErr w:type="spellEnd"/>
      <w:r w:rsidR="00ED7193">
        <w:rPr>
          <w:b/>
          <w:bCs/>
          <w:lang w:val="fr-FR"/>
        </w:rPr>
        <w:t xml:space="preserve"> opposé en bout de ligne)</w:t>
      </w:r>
    </w:p>
    <w:p w14:paraId="23E08CD2" w14:textId="77777777" w:rsidR="006E3457" w:rsidRDefault="006E3457" w:rsidP="008550EE">
      <w:pPr>
        <w:spacing w:after="0"/>
        <w:rPr>
          <w:b/>
          <w:bCs/>
          <w:lang w:val="fr-FR"/>
        </w:rPr>
      </w:pPr>
    </w:p>
    <w:p w14:paraId="31CDA9E5" w14:textId="7887188C" w:rsidR="00005DF5" w:rsidRPr="00005DF5" w:rsidRDefault="00005DF5" w:rsidP="008550EE">
      <w:pPr>
        <w:spacing w:after="0"/>
        <w:rPr>
          <w:lang w:val="fr-FR"/>
        </w:rPr>
      </w:pPr>
      <w:r>
        <w:rPr>
          <w:lang w:val="fr-FR"/>
        </w:rPr>
        <w:t>P</w:t>
      </w:r>
      <w:r w:rsidRPr="00005DF5">
        <w:rPr>
          <w:lang w:val="fr-FR"/>
        </w:rPr>
        <w:t>as</w:t>
      </w:r>
      <w:r>
        <w:rPr>
          <w:lang w:val="fr-FR"/>
        </w:rPr>
        <w:t>sage à 2 ballons : d’abord en</w:t>
      </w:r>
      <w:r w:rsidR="006E3457">
        <w:rPr>
          <w:lang w:val="fr-FR"/>
        </w:rPr>
        <w:t xml:space="preserve"> </w:t>
      </w:r>
      <w:r>
        <w:rPr>
          <w:lang w:val="fr-FR"/>
        </w:rPr>
        <w:t>marchant, puis footing, puis coure.</w:t>
      </w:r>
    </w:p>
    <w:p w14:paraId="5024D81D" w14:textId="77777777" w:rsidR="00E5550B" w:rsidRDefault="00E5550B">
      <w:pPr>
        <w:rPr>
          <w:b/>
          <w:lang w:val="fr-FR"/>
        </w:rPr>
      </w:pPr>
    </w:p>
    <w:p w14:paraId="6B998D06" w14:textId="025D4B77" w:rsidR="002B76DC" w:rsidRPr="00E53D4C" w:rsidRDefault="00B97995">
      <w:pPr>
        <w:rPr>
          <w:lang w:val="fr-FR"/>
        </w:rPr>
      </w:pPr>
      <w:r w:rsidRPr="00E53D4C">
        <w:rPr>
          <w:b/>
          <w:lang w:val="fr-FR"/>
        </w:rPr>
        <w:t xml:space="preserve">• Coaching Points (Conseils du Coach) : </w:t>
      </w:r>
      <w:r w:rsidRPr="00E53D4C">
        <w:rPr>
          <w:lang w:val="fr-FR"/>
        </w:rPr>
        <w:t xml:space="preserve">Mains de réception cibles orientées vers le porteur ; course rectiligne sans dériver </w:t>
      </w:r>
      <w:proofErr w:type="gramStart"/>
      <w:r w:rsidRPr="00E53D4C">
        <w:rPr>
          <w:lang w:val="fr-FR"/>
        </w:rPr>
        <w:t>latéralement ;.</w:t>
      </w:r>
      <w:proofErr w:type="gramEnd"/>
    </w:p>
    <w:p w14:paraId="7CC40022" w14:textId="77777777" w:rsidR="002B76DC" w:rsidRPr="00E53D4C" w:rsidRDefault="00B97995">
      <w:pPr>
        <w:rPr>
          <w:lang w:val="fr-FR"/>
        </w:rPr>
      </w:pPr>
      <w:r w:rsidRPr="00E53D4C">
        <w:rPr>
          <w:b/>
          <w:lang w:val="fr-FR"/>
        </w:rPr>
        <w:t xml:space="preserve">• Erreurs fréquentes à corriger : </w:t>
      </w:r>
      <w:r w:rsidRPr="00E53D4C">
        <w:rPr>
          <w:lang w:val="fr-FR"/>
        </w:rPr>
        <w:t>Joueurs qui courent en crabe ; passes lancées en arrière de la course ; manque d'appels de balle sonores.</w:t>
      </w:r>
    </w:p>
    <w:p w14:paraId="06461A5B" w14:textId="0B864706" w:rsidR="002B76DC" w:rsidRPr="00E53D4C" w:rsidRDefault="00B97995">
      <w:pPr>
        <w:keepNext/>
        <w:spacing w:before="240" w:after="80"/>
        <w:rPr>
          <w:lang w:val="fr-FR"/>
        </w:rPr>
      </w:pPr>
      <w:r w:rsidRPr="00E53D4C">
        <w:rPr>
          <w:rFonts w:ascii="Arial" w:hAnsi="Arial"/>
          <w:b/>
          <w:lang w:val="fr-FR"/>
        </w:rPr>
        <w:t>Schéma Tactique / Visualisation :</w:t>
      </w:r>
      <w:r w:rsidR="004B1348">
        <w:rPr>
          <w:rFonts w:ascii="Arial" w:hAnsi="Arial"/>
          <w:b/>
          <w:lang w:val="fr-FR"/>
        </w:rPr>
        <w:t xml:space="preserve"> </w:t>
      </w:r>
      <w:r w:rsidR="004B1348" w:rsidRPr="004B1348">
        <w:rPr>
          <w:rFonts w:ascii="Arial" w:hAnsi="Arial"/>
          <w:bCs/>
          <w:lang w:val="fr-FR"/>
        </w:rPr>
        <w:t>(passe à gauche)</w:t>
      </w:r>
    </w:p>
    <w:p w14:paraId="621BBD5A" w14:textId="30F0D216" w:rsidR="00170E64" w:rsidRDefault="00170E64" w:rsidP="004961F3">
      <w:pPr>
        <w:keepNext/>
        <w:spacing w:before="240" w:after="80"/>
        <w:ind w:firstLine="720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E53D4C">
        <w:rPr>
          <w:lang w:val="fr-FR"/>
        </w:rPr>
        <w:t>▲</w:t>
      </w:r>
    </w:p>
    <w:p w14:paraId="34C30B07" w14:textId="28A50C8D" w:rsidR="00170E64" w:rsidRDefault="00170E64" w:rsidP="004961F3">
      <w:pPr>
        <w:keepNext/>
        <w:spacing w:before="240" w:after="80"/>
        <w:ind w:firstLine="720"/>
        <w:rPr>
          <w:lang w:val="fr-FR"/>
        </w:rPr>
      </w:pPr>
      <w:r>
        <w:rPr>
          <w:lang w:val="fr-FR"/>
        </w:rPr>
        <w:tab/>
      </w:r>
      <w:r w:rsidRPr="00E53D4C">
        <w:rPr>
          <w:lang w:val="fr-FR"/>
        </w:rPr>
        <w:t>▲</w:t>
      </w:r>
    </w:p>
    <w:p w14:paraId="206953F5" w14:textId="341911E9" w:rsidR="00170E64" w:rsidRDefault="00170E64" w:rsidP="004961F3">
      <w:pPr>
        <w:keepNext/>
        <w:spacing w:before="240" w:after="80"/>
        <w:ind w:firstLine="720"/>
        <w:rPr>
          <w:lang w:val="fr-FR"/>
        </w:rPr>
      </w:pPr>
      <w:r w:rsidRPr="00E53D4C">
        <w:rPr>
          <w:lang w:val="fr-FR"/>
        </w:rPr>
        <w:t>▲</w:t>
      </w:r>
      <w:r>
        <w:rPr>
          <w:lang w:val="fr-FR"/>
        </w:rPr>
        <w:tab/>
      </w:r>
      <w:r>
        <w:rPr>
          <w:lang w:val="fr-FR"/>
        </w:rPr>
        <w:tab/>
      </w:r>
    </w:p>
    <w:p w14:paraId="43D0FCA0" w14:textId="41ED397C" w:rsidR="00D8658D" w:rsidRDefault="00D8658D" w:rsidP="004961F3">
      <w:pPr>
        <w:keepNext/>
        <w:spacing w:before="240" w:after="80"/>
        <w:ind w:firstLine="720"/>
        <w:rPr>
          <w:lang w:val="fr-FR"/>
        </w:rPr>
      </w:pPr>
      <w:r>
        <w:rPr>
          <w:lang w:val="fr-FR"/>
        </w:rPr>
        <w:tab/>
      </w:r>
      <w:r w:rsidRPr="00E53D4C">
        <w:rPr>
          <w:lang w:val="fr-FR"/>
        </w:rPr>
        <w:t>⚫</w:t>
      </w:r>
      <w:r>
        <w:rPr>
          <w:lang w:val="fr-FR"/>
        </w:rPr>
        <w:t xml:space="preserve"> </w:t>
      </w:r>
      <w:r w:rsidR="00660D1F">
        <w:rPr>
          <w:lang w:val="fr-FR"/>
        </w:rPr>
        <w:t>(sac au milieu)</w:t>
      </w:r>
    </w:p>
    <w:p w14:paraId="3A4B3FB3" w14:textId="6F64442A" w:rsidR="00170E64" w:rsidRDefault="00170E64" w:rsidP="004961F3">
      <w:pPr>
        <w:keepNext/>
        <w:spacing w:before="240" w:after="80"/>
        <w:ind w:firstLine="720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E53D4C">
        <w:rPr>
          <w:lang w:val="fr-FR"/>
        </w:rPr>
        <w:t>▲</w:t>
      </w:r>
    </w:p>
    <w:p w14:paraId="2FA2EA3A" w14:textId="4ABE0B54" w:rsidR="00170E64" w:rsidRDefault="00170E64" w:rsidP="004961F3">
      <w:pPr>
        <w:keepNext/>
        <w:spacing w:before="240" w:after="80"/>
        <w:ind w:firstLine="720"/>
        <w:rPr>
          <w:lang w:val="fr-FR"/>
        </w:rPr>
      </w:pPr>
      <w:r>
        <w:rPr>
          <w:lang w:val="fr-FR"/>
        </w:rPr>
        <w:tab/>
      </w:r>
      <w:r w:rsidRPr="00E53D4C">
        <w:rPr>
          <w:lang w:val="fr-FR"/>
        </w:rPr>
        <w:t>▲</w:t>
      </w:r>
    </w:p>
    <w:p w14:paraId="45BA842F" w14:textId="77C583F5" w:rsidR="00E26F5B" w:rsidRPr="00AE5D8F" w:rsidRDefault="00170E64" w:rsidP="004961F3">
      <w:pPr>
        <w:keepNext/>
        <w:spacing w:before="240" w:after="80"/>
        <w:ind w:firstLine="720"/>
        <w:rPr>
          <w:lang w:val="fr-FR"/>
        </w:rPr>
      </w:pPr>
      <w:r w:rsidRPr="00E53D4C">
        <w:rPr>
          <w:lang w:val="fr-FR"/>
        </w:rPr>
        <w:t>▲</w:t>
      </w:r>
    </w:p>
    <w:p w14:paraId="390D6490" w14:textId="77777777" w:rsidR="000B414C" w:rsidRPr="00AE5D8F" w:rsidRDefault="000B414C">
      <w:pPr>
        <w:keepNext/>
        <w:spacing w:before="240" w:after="80"/>
        <w:rPr>
          <w:rFonts w:ascii="Arial" w:hAnsi="Arial"/>
          <w:b/>
          <w:color w:val="323232"/>
          <w:sz w:val="26"/>
          <w:lang w:val="fr-FR"/>
        </w:rPr>
      </w:pPr>
    </w:p>
    <w:p w14:paraId="645DFCC4" w14:textId="77777777" w:rsidR="009C6AF0" w:rsidRPr="00AE5D8F" w:rsidRDefault="009C6AF0">
      <w:pPr>
        <w:rPr>
          <w:rFonts w:ascii="Arial" w:hAnsi="Arial"/>
          <w:b/>
          <w:color w:val="323232"/>
          <w:sz w:val="26"/>
          <w:lang w:val="fr-FR"/>
        </w:rPr>
      </w:pPr>
      <w:r w:rsidRPr="00AE5D8F">
        <w:rPr>
          <w:rFonts w:ascii="Arial" w:hAnsi="Arial"/>
          <w:b/>
          <w:color w:val="323232"/>
          <w:sz w:val="26"/>
          <w:lang w:val="fr-FR"/>
        </w:rPr>
        <w:br w:type="page"/>
      </w:r>
    </w:p>
    <w:p w14:paraId="5B8D03DB" w14:textId="3516CAFF" w:rsidR="009739DF" w:rsidRPr="009739DF" w:rsidRDefault="00B97995">
      <w:pPr>
        <w:keepNext/>
        <w:spacing w:before="240" w:after="80"/>
        <w:rPr>
          <w:rFonts w:ascii="Arial" w:hAnsi="Arial"/>
          <w:b/>
          <w:color w:val="323232"/>
          <w:sz w:val="26"/>
          <w:lang w:val="fr-FR"/>
        </w:rPr>
      </w:pPr>
      <w:r w:rsidRPr="00AE5D8F">
        <w:rPr>
          <w:rFonts w:ascii="Arial" w:hAnsi="Arial"/>
          <w:b/>
          <w:color w:val="323232"/>
          <w:sz w:val="26"/>
          <w:lang w:val="fr-FR"/>
        </w:rPr>
        <w:lastRenderedPageBreak/>
        <w:t xml:space="preserve">Bloc 2 : </w:t>
      </w:r>
      <w:r w:rsidR="00AE5D8F" w:rsidRPr="00AE5D8F">
        <w:rPr>
          <w:rFonts w:ascii="Arial" w:hAnsi="Arial"/>
          <w:b/>
          <w:color w:val="323232"/>
          <w:sz w:val="26"/>
          <w:lang w:val="fr-FR"/>
        </w:rPr>
        <w:t xml:space="preserve">15-15 </w:t>
      </w:r>
      <w:r w:rsidRPr="00AE5D8F">
        <w:rPr>
          <w:rFonts w:ascii="Arial" w:hAnsi="Arial"/>
          <w:b/>
          <w:color w:val="323232"/>
          <w:sz w:val="26"/>
          <w:lang w:val="fr-FR"/>
        </w:rPr>
        <w:t>- Cardio/Fitness intégré</w:t>
      </w:r>
    </w:p>
    <w:p w14:paraId="5B329521" w14:textId="470BE663" w:rsidR="002B76DC" w:rsidRPr="00E53D4C" w:rsidRDefault="00B97995">
      <w:pPr>
        <w:rPr>
          <w:lang w:val="fr-FR"/>
        </w:rPr>
      </w:pPr>
      <w:r w:rsidRPr="00E53D4C">
        <w:rPr>
          <w:b/>
          <w:lang w:val="fr-FR"/>
        </w:rPr>
        <w:t xml:space="preserve">• Matériel : </w:t>
      </w:r>
      <w:r w:rsidRPr="00E53D4C">
        <w:rPr>
          <w:lang w:val="fr-FR"/>
        </w:rPr>
        <w:t xml:space="preserve"> </w:t>
      </w:r>
      <w:r w:rsidR="009739DF">
        <w:rPr>
          <w:lang w:val="fr-FR"/>
        </w:rPr>
        <w:t>Sifflet + Chrono</w:t>
      </w:r>
      <w:r w:rsidRPr="00E53D4C">
        <w:rPr>
          <w:lang w:val="fr-FR"/>
        </w:rPr>
        <w:t>.</w:t>
      </w:r>
    </w:p>
    <w:p w14:paraId="3E8FFDC3" w14:textId="2C7AE646" w:rsidR="002B76DC" w:rsidRPr="00E53D4C" w:rsidRDefault="00B97995">
      <w:pPr>
        <w:rPr>
          <w:lang w:val="fr-FR"/>
        </w:rPr>
      </w:pPr>
      <w:r w:rsidRPr="00E53D4C">
        <w:rPr>
          <w:b/>
          <w:lang w:val="fr-FR"/>
        </w:rPr>
        <w:t xml:space="preserve">• Organisation / Configuration : </w:t>
      </w:r>
      <w:r w:rsidR="00096A6A">
        <w:rPr>
          <w:lang w:val="fr-FR"/>
        </w:rPr>
        <w:t>répartition des joueurs autour du terrain par groupe de niveau</w:t>
      </w:r>
      <w:r w:rsidR="000E31F8">
        <w:rPr>
          <w:lang w:val="fr-FR"/>
        </w:rPr>
        <w:t>.</w:t>
      </w:r>
    </w:p>
    <w:p w14:paraId="3506F576" w14:textId="01E0E666" w:rsidR="002B76DC" w:rsidRDefault="00B97995">
      <w:pPr>
        <w:rPr>
          <w:lang w:val="fr-FR"/>
        </w:rPr>
      </w:pPr>
      <w:r w:rsidRPr="00E53D4C">
        <w:rPr>
          <w:b/>
          <w:lang w:val="fr-FR"/>
        </w:rPr>
        <w:t xml:space="preserve">• </w:t>
      </w:r>
      <w:proofErr w:type="gramStart"/>
      <w:r w:rsidRPr="00E53D4C">
        <w:rPr>
          <w:b/>
          <w:lang w:val="fr-FR"/>
        </w:rPr>
        <w:t>Déroulement :</w:t>
      </w:r>
      <w:r w:rsidRPr="00E53D4C">
        <w:rPr>
          <w:lang w:val="fr-FR"/>
        </w:rPr>
        <w:t>.</w:t>
      </w:r>
      <w:proofErr w:type="gramEnd"/>
    </w:p>
    <w:p w14:paraId="47E83835" w14:textId="77777777" w:rsidR="00096A6A" w:rsidRPr="00096A6A" w:rsidRDefault="00096A6A" w:rsidP="00096A6A">
      <w:pPr>
        <w:spacing w:after="0"/>
        <w:rPr>
          <w:lang w:val="fr-FR"/>
        </w:rPr>
      </w:pPr>
      <w:r w:rsidRPr="00096A6A">
        <w:rPr>
          <w:u w:val="single"/>
          <w:lang w:val="fr-FR"/>
        </w:rPr>
        <w:t xml:space="preserve">Block </w:t>
      </w:r>
      <w:proofErr w:type="gramStart"/>
      <w:r w:rsidRPr="00096A6A">
        <w:rPr>
          <w:u w:val="single"/>
          <w:lang w:val="fr-FR"/>
        </w:rPr>
        <w:t>1:</w:t>
      </w:r>
      <w:proofErr w:type="gramEnd"/>
      <w:r w:rsidRPr="00096A6A">
        <w:rPr>
          <w:lang w:val="fr-FR"/>
        </w:rPr>
        <w:t xml:space="preserve"> Chaque exercice dure 15 secondes, suivi de 15 secondes de récupération. (</w:t>
      </w:r>
      <w:proofErr w:type="gramStart"/>
      <w:r w:rsidRPr="00096A6A">
        <w:rPr>
          <w:lang w:val="fr-FR"/>
        </w:rPr>
        <w:t>on</w:t>
      </w:r>
      <w:proofErr w:type="gramEnd"/>
      <w:r w:rsidRPr="00096A6A">
        <w:rPr>
          <w:lang w:val="fr-FR"/>
        </w:rPr>
        <w:t xml:space="preserve"> leur montre ce qu'on attend d'eux à chaque pause)</w:t>
      </w:r>
    </w:p>
    <w:p w14:paraId="271C860B" w14:textId="77777777" w:rsidR="00096A6A" w:rsidRDefault="00096A6A" w:rsidP="00096A6A">
      <w:pPr>
        <w:pStyle w:val="ListParagraph"/>
        <w:numPr>
          <w:ilvl w:val="0"/>
          <w:numId w:val="15"/>
        </w:numPr>
        <w:spacing w:after="0"/>
        <w:rPr>
          <w:lang w:val="fr-FR"/>
        </w:rPr>
      </w:pPr>
      <w:r w:rsidRPr="00096A6A">
        <w:rPr>
          <w:lang w:val="fr-FR"/>
        </w:rPr>
        <w:t>Sprint sur place haute fréquence</w:t>
      </w:r>
    </w:p>
    <w:p w14:paraId="2CBEDE7D" w14:textId="77777777" w:rsidR="00096A6A" w:rsidRDefault="00096A6A" w:rsidP="00096A6A">
      <w:pPr>
        <w:pStyle w:val="ListParagraph"/>
        <w:numPr>
          <w:ilvl w:val="0"/>
          <w:numId w:val="15"/>
        </w:numPr>
        <w:spacing w:after="0"/>
        <w:rPr>
          <w:lang w:val="fr-FR"/>
        </w:rPr>
      </w:pPr>
      <w:r w:rsidRPr="00096A6A">
        <w:rPr>
          <w:lang w:val="fr-FR"/>
        </w:rPr>
        <w:t>Burpees</w:t>
      </w:r>
    </w:p>
    <w:p w14:paraId="0ABAF93D" w14:textId="77777777" w:rsidR="00096A6A" w:rsidRDefault="00096A6A" w:rsidP="00096A6A">
      <w:pPr>
        <w:pStyle w:val="ListParagraph"/>
        <w:numPr>
          <w:ilvl w:val="0"/>
          <w:numId w:val="15"/>
        </w:numPr>
        <w:spacing w:after="0"/>
        <w:rPr>
          <w:lang w:val="fr-FR"/>
        </w:rPr>
      </w:pPr>
      <w:r w:rsidRPr="00096A6A">
        <w:rPr>
          <w:lang w:val="fr-FR"/>
        </w:rPr>
        <w:t>Montées de genoux</w:t>
      </w:r>
    </w:p>
    <w:p w14:paraId="5AB01ACC" w14:textId="77777777" w:rsidR="00096A6A" w:rsidRDefault="00096A6A" w:rsidP="00096A6A">
      <w:pPr>
        <w:pStyle w:val="ListParagraph"/>
        <w:numPr>
          <w:ilvl w:val="0"/>
          <w:numId w:val="15"/>
        </w:numPr>
        <w:spacing w:after="0"/>
        <w:rPr>
          <w:lang w:val="fr-FR"/>
        </w:rPr>
      </w:pPr>
      <w:r w:rsidRPr="00096A6A">
        <w:rPr>
          <w:lang w:val="fr-FR"/>
        </w:rPr>
        <w:t>Squats sautés</w:t>
      </w:r>
    </w:p>
    <w:p w14:paraId="42057107" w14:textId="77777777" w:rsidR="00096A6A" w:rsidRDefault="00096A6A" w:rsidP="00096A6A">
      <w:pPr>
        <w:pStyle w:val="ListParagraph"/>
        <w:numPr>
          <w:ilvl w:val="0"/>
          <w:numId w:val="15"/>
        </w:numPr>
        <w:spacing w:after="0"/>
        <w:rPr>
          <w:lang w:val="fr-FR"/>
        </w:rPr>
      </w:pPr>
      <w:r w:rsidRPr="00096A6A">
        <w:rPr>
          <w:lang w:val="fr-FR"/>
        </w:rPr>
        <w:t>Sprint avant/arrière sur 10 m</w:t>
      </w:r>
    </w:p>
    <w:p w14:paraId="224FD660" w14:textId="77777777" w:rsidR="00096A6A" w:rsidRDefault="00096A6A" w:rsidP="00096A6A">
      <w:pPr>
        <w:pStyle w:val="ListParagraph"/>
        <w:numPr>
          <w:ilvl w:val="0"/>
          <w:numId w:val="15"/>
        </w:numPr>
        <w:spacing w:after="0"/>
        <w:rPr>
          <w:lang w:val="fr-FR"/>
        </w:rPr>
      </w:pPr>
      <w:r w:rsidRPr="00096A6A">
        <w:rPr>
          <w:lang w:val="fr-FR"/>
        </w:rPr>
        <w:t>Pompes</w:t>
      </w:r>
    </w:p>
    <w:p w14:paraId="598FD12C" w14:textId="77777777" w:rsidR="00096A6A" w:rsidRDefault="00096A6A" w:rsidP="00096A6A">
      <w:pPr>
        <w:pStyle w:val="ListParagraph"/>
        <w:numPr>
          <w:ilvl w:val="0"/>
          <w:numId w:val="15"/>
        </w:numPr>
        <w:spacing w:after="0"/>
        <w:rPr>
          <w:lang w:val="fr-FR"/>
        </w:rPr>
      </w:pPr>
      <w:r w:rsidRPr="00096A6A">
        <w:rPr>
          <w:lang w:val="fr-FR"/>
        </w:rPr>
        <w:t>Fentes alternées dynamiques</w:t>
      </w:r>
    </w:p>
    <w:p w14:paraId="69A2C97D" w14:textId="77777777" w:rsidR="00096A6A" w:rsidRDefault="00096A6A" w:rsidP="00096A6A">
      <w:pPr>
        <w:pStyle w:val="ListParagraph"/>
        <w:numPr>
          <w:ilvl w:val="0"/>
          <w:numId w:val="15"/>
        </w:numPr>
        <w:spacing w:after="0"/>
        <w:rPr>
          <w:lang w:val="fr-FR"/>
        </w:rPr>
      </w:pPr>
      <w:r w:rsidRPr="00096A6A">
        <w:rPr>
          <w:lang w:val="fr-FR"/>
        </w:rPr>
        <w:t>Gainage dynamique (planche avec appuis alternés)</w:t>
      </w:r>
    </w:p>
    <w:p w14:paraId="101A8816" w14:textId="77777777" w:rsidR="00096A6A" w:rsidRDefault="00096A6A" w:rsidP="00096A6A">
      <w:pPr>
        <w:pStyle w:val="ListParagraph"/>
        <w:numPr>
          <w:ilvl w:val="0"/>
          <w:numId w:val="15"/>
        </w:numPr>
        <w:spacing w:after="0"/>
        <w:rPr>
          <w:lang w:val="fr-FR"/>
        </w:rPr>
      </w:pPr>
      <w:r w:rsidRPr="00096A6A">
        <w:rPr>
          <w:lang w:val="fr-FR"/>
        </w:rPr>
        <w:t>Sauts latéraux</w:t>
      </w:r>
    </w:p>
    <w:p w14:paraId="030F7F05" w14:textId="77777777" w:rsidR="00096A6A" w:rsidRDefault="00096A6A" w:rsidP="00096A6A">
      <w:pPr>
        <w:pStyle w:val="ListParagraph"/>
        <w:numPr>
          <w:ilvl w:val="0"/>
          <w:numId w:val="15"/>
        </w:numPr>
        <w:spacing w:after="0"/>
        <w:rPr>
          <w:lang w:val="fr-FR"/>
        </w:rPr>
      </w:pPr>
      <w:r w:rsidRPr="00096A6A">
        <w:rPr>
          <w:lang w:val="fr-FR"/>
        </w:rPr>
        <w:t xml:space="preserve">Mountain </w:t>
      </w:r>
      <w:proofErr w:type="spellStart"/>
      <w:r w:rsidRPr="00096A6A">
        <w:rPr>
          <w:lang w:val="fr-FR"/>
        </w:rPr>
        <w:t>climbers</w:t>
      </w:r>
      <w:proofErr w:type="spellEnd"/>
    </w:p>
    <w:p w14:paraId="39BBCC08" w14:textId="77777777" w:rsidR="00096A6A" w:rsidRDefault="00096A6A" w:rsidP="00096A6A">
      <w:pPr>
        <w:pStyle w:val="ListParagraph"/>
        <w:numPr>
          <w:ilvl w:val="0"/>
          <w:numId w:val="15"/>
        </w:numPr>
        <w:spacing w:after="0"/>
        <w:rPr>
          <w:lang w:val="fr-FR"/>
        </w:rPr>
      </w:pPr>
      <w:r w:rsidRPr="00096A6A">
        <w:rPr>
          <w:lang w:val="fr-FR"/>
        </w:rPr>
        <w:t xml:space="preserve">Course avec changement de direction sur 5 </w:t>
      </w:r>
      <w:proofErr w:type="spellStart"/>
      <w:r w:rsidRPr="00096A6A">
        <w:rPr>
          <w:lang w:val="fr-FR"/>
        </w:rPr>
        <w:t>metres</w:t>
      </w:r>
      <w:proofErr w:type="spellEnd"/>
    </w:p>
    <w:p w14:paraId="093D26B7" w14:textId="77777777" w:rsidR="00096A6A" w:rsidRDefault="00096A6A" w:rsidP="00096A6A">
      <w:pPr>
        <w:pStyle w:val="ListParagraph"/>
        <w:numPr>
          <w:ilvl w:val="0"/>
          <w:numId w:val="15"/>
        </w:numPr>
        <w:spacing w:after="0"/>
        <w:rPr>
          <w:lang w:val="fr-FR"/>
        </w:rPr>
      </w:pPr>
      <w:r w:rsidRPr="00096A6A">
        <w:rPr>
          <w:lang w:val="fr-FR"/>
        </w:rPr>
        <w:t>Pompes normales</w:t>
      </w:r>
    </w:p>
    <w:p w14:paraId="65530FF2" w14:textId="77777777" w:rsidR="00096A6A" w:rsidRDefault="00096A6A" w:rsidP="00096A6A">
      <w:pPr>
        <w:pStyle w:val="ListParagraph"/>
        <w:numPr>
          <w:ilvl w:val="0"/>
          <w:numId w:val="15"/>
        </w:numPr>
        <w:spacing w:after="0"/>
        <w:rPr>
          <w:lang w:val="fr-FR"/>
        </w:rPr>
      </w:pPr>
      <w:r w:rsidRPr="00096A6A">
        <w:rPr>
          <w:lang w:val="fr-FR"/>
        </w:rPr>
        <w:t>Pompes mains écartées</w:t>
      </w:r>
    </w:p>
    <w:p w14:paraId="3387C10A" w14:textId="77777777" w:rsidR="00096A6A" w:rsidRDefault="00096A6A" w:rsidP="00096A6A">
      <w:pPr>
        <w:pStyle w:val="ListParagraph"/>
        <w:numPr>
          <w:ilvl w:val="0"/>
          <w:numId w:val="15"/>
        </w:numPr>
        <w:spacing w:after="0"/>
        <w:rPr>
          <w:lang w:val="fr-FR"/>
        </w:rPr>
      </w:pPr>
      <w:r w:rsidRPr="00096A6A">
        <w:rPr>
          <w:lang w:val="fr-FR"/>
        </w:rPr>
        <w:t>Pompes Diamond</w:t>
      </w:r>
    </w:p>
    <w:p w14:paraId="594BF9E3" w14:textId="7975B403" w:rsidR="00096A6A" w:rsidRPr="00096A6A" w:rsidRDefault="00096A6A" w:rsidP="00096A6A">
      <w:pPr>
        <w:pStyle w:val="ListParagraph"/>
        <w:numPr>
          <w:ilvl w:val="0"/>
          <w:numId w:val="15"/>
        </w:numPr>
        <w:spacing w:after="0"/>
        <w:rPr>
          <w:lang w:val="fr-FR"/>
        </w:rPr>
      </w:pPr>
      <w:r w:rsidRPr="00096A6A">
        <w:rPr>
          <w:lang w:val="fr-FR"/>
        </w:rPr>
        <w:t>Squats rapides</w:t>
      </w:r>
    </w:p>
    <w:p w14:paraId="52BE63CA" w14:textId="77777777" w:rsidR="00096A6A" w:rsidRPr="00096A6A" w:rsidRDefault="00096A6A" w:rsidP="00096A6A">
      <w:pPr>
        <w:spacing w:after="0"/>
        <w:rPr>
          <w:lang w:val="fr-FR"/>
        </w:rPr>
      </w:pPr>
    </w:p>
    <w:p w14:paraId="6D070C8E" w14:textId="77777777" w:rsidR="00096A6A" w:rsidRPr="00096A6A" w:rsidRDefault="00096A6A" w:rsidP="00096A6A">
      <w:pPr>
        <w:spacing w:after="0"/>
        <w:rPr>
          <w:u w:val="single"/>
          <w:lang w:val="fr-FR"/>
        </w:rPr>
      </w:pPr>
      <w:r w:rsidRPr="00096A6A">
        <w:rPr>
          <w:u w:val="single"/>
          <w:lang w:val="fr-FR"/>
        </w:rPr>
        <w:t xml:space="preserve">Block </w:t>
      </w:r>
      <w:proofErr w:type="gramStart"/>
      <w:r w:rsidRPr="00096A6A">
        <w:rPr>
          <w:u w:val="single"/>
          <w:lang w:val="fr-FR"/>
        </w:rPr>
        <w:t>2:</w:t>
      </w:r>
      <w:proofErr w:type="gramEnd"/>
    </w:p>
    <w:p w14:paraId="42798B10" w14:textId="77777777" w:rsidR="00096A6A" w:rsidRPr="00096A6A" w:rsidRDefault="00096A6A" w:rsidP="00096A6A">
      <w:pPr>
        <w:spacing w:after="0"/>
        <w:rPr>
          <w:lang w:val="fr-FR"/>
        </w:rPr>
      </w:pPr>
      <w:r w:rsidRPr="00096A6A">
        <w:rPr>
          <w:lang w:val="fr-FR"/>
        </w:rPr>
        <w:t xml:space="preserve">En alternée (15 </w:t>
      </w:r>
      <w:proofErr w:type="gramStart"/>
      <w:r w:rsidRPr="00096A6A">
        <w:rPr>
          <w:lang w:val="fr-FR"/>
        </w:rPr>
        <w:t>sec</w:t>
      </w:r>
      <w:proofErr w:type="gramEnd"/>
      <w:r w:rsidRPr="00096A6A">
        <w:rPr>
          <w:lang w:val="fr-FR"/>
        </w:rPr>
        <w:t xml:space="preserve"> et 15 </w:t>
      </w:r>
      <w:proofErr w:type="gramStart"/>
      <w:r w:rsidRPr="00096A6A">
        <w:rPr>
          <w:lang w:val="fr-FR"/>
        </w:rPr>
        <w:t>sec</w:t>
      </w:r>
      <w:proofErr w:type="gramEnd"/>
      <w:r w:rsidRPr="00096A6A">
        <w:rPr>
          <w:lang w:val="fr-FR"/>
        </w:rPr>
        <w:t>) Course vitesse de fonds, puis footing.</w:t>
      </w:r>
    </w:p>
    <w:p w14:paraId="4BD8B8CF" w14:textId="1C1E0D46" w:rsidR="00096A6A" w:rsidRPr="00096A6A" w:rsidRDefault="00096A6A" w:rsidP="00096A6A">
      <w:pPr>
        <w:spacing w:after="0"/>
        <w:rPr>
          <w:lang w:val="fr-FR"/>
        </w:rPr>
      </w:pPr>
      <w:r w:rsidRPr="00096A6A">
        <w:rPr>
          <w:lang w:val="fr-FR"/>
        </w:rPr>
        <w:t>Autour du terrain, en gros c'est une long</w:t>
      </w:r>
      <w:r w:rsidR="004B1348">
        <w:rPr>
          <w:lang w:val="fr-FR"/>
        </w:rPr>
        <w:t>u</w:t>
      </w:r>
      <w:r w:rsidRPr="00096A6A">
        <w:rPr>
          <w:lang w:val="fr-FR"/>
        </w:rPr>
        <w:t xml:space="preserve">eur de terrain en vitesse de fond (100 m en 15 </w:t>
      </w:r>
      <w:proofErr w:type="gramStart"/>
      <w:r w:rsidRPr="00096A6A">
        <w:rPr>
          <w:lang w:val="fr-FR"/>
        </w:rPr>
        <w:t>sec</w:t>
      </w:r>
      <w:proofErr w:type="gramEnd"/>
      <w:r w:rsidRPr="00096A6A">
        <w:rPr>
          <w:lang w:val="fr-FR"/>
        </w:rPr>
        <w:t xml:space="preserve">), et une </w:t>
      </w:r>
      <w:proofErr w:type="spellStart"/>
      <w:r w:rsidRPr="00096A6A">
        <w:rPr>
          <w:lang w:val="fr-FR"/>
        </w:rPr>
        <w:t>largeure</w:t>
      </w:r>
      <w:proofErr w:type="spellEnd"/>
      <w:r w:rsidRPr="00096A6A">
        <w:rPr>
          <w:lang w:val="fr-FR"/>
        </w:rPr>
        <w:t xml:space="preserve"> de terrain en vitesse de footing (50 m en 15 </w:t>
      </w:r>
      <w:proofErr w:type="gramStart"/>
      <w:r w:rsidRPr="00096A6A">
        <w:rPr>
          <w:lang w:val="fr-FR"/>
        </w:rPr>
        <w:t>sec</w:t>
      </w:r>
      <w:proofErr w:type="gramEnd"/>
      <w:r w:rsidRPr="00096A6A">
        <w:rPr>
          <w:lang w:val="fr-FR"/>
        </w:rPr>
        <w:t xml:space="preserve">) </w:t>
      </w:r>
    </w:p>
    <w:p w14:paraId="5436A86D" w14:textId="77777777" w:rsidR="00096A6A" w:rsidRPr="00096A6A" w:rsidRDefault="00096A6A" w:rsidP="00096A6A">
      <w:pPr>
        <w:spacing w:after="0"/>
        <w:rPr>
          <w:lang w:val="fr-FR"/>
        </w:rPr>
      </w:pPr>
      <w:r w:rsidRPr="00096A6A">
        <w:rPr>
          <w:lang w:val="fr-FR"/>
        </w:rPr>
        <w:t xml:space="preserve">Pour les plus </w:t>
      </w:r>
      <w:proofErr w:type="gramStart"/>
      <w:r w:rsidRPr="00096A6A">
        <w:rPr>
          <w:lang w:val="fr-FR"/>
        </w:rPr>
        <w:t>rapides:</w:t>
      </w:r>
      <w:proofErr w:type="gramEnd"/>
      <w:r w:rsidRPr="00096A6A">
        <w:rPr>
          <w:lang w:val="fr-FR"/>
        </w:rPr>
        <w:t xml:space="preserve"> une diagonale du terrain en vitesse de fond (~110 m en 15 </w:t>
      </w:r>
      <w:proofErr w:type="gramStart"/>
      <w:r w:rsidRPr="00096A6A">
        <w:rPr>
          <w:lang w:val="fr-FR"/>
        </w:rPr>
        <w:t>sec</w:t>
      </w:r>
      <w:proofErr w:type="gramEnd"/>
      <w:r w:rsidRPr="00096A6A">
        <w:rPr>
          <w:lang w:val="fr-FR"/>
        </w:rPr>
        <w:t xml:space="preserve">) et une largeur en </w:t>
      </w:r>
      <w:proofErr w:type="spellStart"/>
      <w:r w:rsidRPr="00096A6A">
        <w:rPr>
          <w:lang w:val="fr-FR"/>
        </w:rPr>
        <w:t>recup</w:t>
      </w:r>
      <w:proofErr w:type="spellEnd"/>
      <w:r w:rsidRPr="00096A6A">
        <w:rPr>
          <w:lang w:val="fr-FR"/>
        </w:rPr>
        <w:t xml:space="preserve"> (50 m en 15 </w:t>
      </w:r>
      <w:proofErr w:type="gramStart"/>
      <w:r w:rsidRPr="00096A6A">
        <w:rPr>
          <w:lang w:val="fr-FR"/>
        </w:rPr>
        <w:t>sec</w:t>
      </w:r>
      <w:proofErr w:type="gramEnd"/>
      <w:r w:rsidRPr="00096A6A">
        <w:rPr>
          <w:lang w:val="fr-FR"/>
        </w:rPr>
        <w:t>).</w:t>
      </w:r>
    </w:p>
    <w:p w14:paraId="3647B56A" w14:textId="4FE84586" w:rsidR="00096A6A" w:rsidRDefault="00096A6A" w:rsidP="00096A6A">
      <w:pPr>
        <w:spacing w:after="0"/>
        <w:rPr>
          <w:lang w:val="fr-FR"/>
        </w:rPr>
      </w:pPr>
      <w:r w:rsidRPr="00096A6A">
        <w:rPr>
          <w:lang w:val="fr-FR"/>
        </w:rPr>
        <w:t xml:space="preserve">Pour les plus </w:t>
      </w:r>
      <w:proofErr w:type="gramStart"/>
      <w:r w:rsidRPr="00096A6A">
        <w:rPr>
          <w:lang w:val="fr-FR"/>
        </w:rPr>
        <w:t>lent:</w:t>
      </w:r>
      <w:proofErr w:type="gramEnd"/>
      <w:r w:rsidRPr="00096A6A">
        <w:rPr>
          <w:lang w:val="fr-FR"/>
        </w:rPr>
        <w:t xml:space="preserve"> au sifflet autour du terrain, en demandant environs 80 m en fonds et 50m en footing.</w:t>
      </w:r>
    </w:p>
    <w:p w14:paraId="3DB8DBFA" w14:textId="77777777" w:rsidR="00096A6A" w:rsidRPr="00E53D4C" w:rsidRDefault="00096A6A" w:rsidP="00096A6A">
      <w:pPr>
        <w:spacing w:after="0"/>
        <w:rPr>
          <w:lang w:val="fr-FR"/>
        </w:rPr>
      </w:pPr>
    </w:p>
    <w:p w14:paraId="67037E9D" w14:textId="3453C1E1" w:rsidR="002B76DC" w:rsidRPr="00E53D4C" w:rsidRDefault="00B97995">
      <w:pPr>
        <w:rPr>
          <w:lang w:val="fr-FR"/>
        </w:rPr>
      </w:pPr>
      <w:r w:rsidRPr="00E53D4C">
        <w:rPr>
          <w:b/>
          <w:lang w:val="fr-FR"/>
        </w:rPr>
        <w:t>• Temps de travail / Rep</w:t>
      </w:r>
      <w:r w:rsidR="00C122CC">
        <w:rPr>
          <w:b/>
          <w:lang w:val="fr-FR"/>
        </w:rPr>
        <w:t>o</w:t>
      </w:r>
      <w:r w:rsidRPr="00E53D4C">
        <w:rPr>
          <w:b/>
          <w:lang w:val="fr-FR"/>
        </w:rPr>
        <w:t xml:space="preserve">s : </w:t>
      </w:r>
      <w:r w:rsidRPr="00E53D4C">
        <w:rPr>
          <w:lang w:val="fr-FR"/>
        </w:rPr>
        <w:t xml:space="preserve">Blocs de </w:t>
      </w:r>
      <w:r w:rsidR="000A0AA3">
        <w:rPr>
          <w:lang w:val="fr-FR"/>
        </w:rPr>
        <w:t>8</w:t>
      </w:r>
      <w:r w:rsidRPr="00E53D4C">
        <w:rPr>
          <w:lang w:val="fr-FR"/>
        </w:rPr>
        <w:t xml:space="preserve"> minutes.</w:t>
      </w:r>
      <w:r w:rsidR="000A0AA3">
        <w:rPr>
          <w:lang w:val="fr-FR"/>
        </w:rPr>
        <w:t xml:space="preserve"> 4 minutes de repose entre les blocs</w:t>
      </w:r>
    </w:p>
    <w:p w14:paraId="76891C6F" w14:textId="77777777" w:rsidR="009C6AF0" w:rsidRDefault="009C6AF0">
      <w:pPr>
        <w:rPr>
          <w:rFonts w:ascii="Arial" w:hAnsi="Arial"/>
          <w:b/>
          <w:color w:val="323232"/>
          <w:sz w:val="26"/>
          <w:lang w:val="fr-FR"/>
        </w:rPr>
      </w:pPr>
      <w:r>
        <w:rPr>
          <w:rFonts w:ascii="Arial" w:hAnsi="Arial"/>
          <w:b/>
          <w:color w:val="323232"/>
          <w:sz w:val="26"/>
          <w:lang w:val="fr-FR"/>
        </w:rPr>
        <w:br w:type="page"/>
      </w:r>
    </w:p>
    <w:p w14:paraId="05710485" w14:textId="7F55755F" w:rsidR="00057B46" w:rsidRPr="00057B46" w:rsidRDefault="00057B46" w:rsidP="00057B46">
      <w:pPr>
        <w:keepNext/>
        <w:spacing w:before="240" w:after="80"/>
        <w:rPr>
          <w:rFonts w:ascii="Arial" w:hAnsi="Arial"/>
          <w:b/>
          <w:color w:val="323232"/>
          <w:sz w:val="26"/>
          <w:lang w:val="fr-FR"/>
        </w:rPr>
      </w:pPr>
      <w:r w:rsidRPr="00057B46">
        <w:rPr>
          <w:rFonts w:ascii="Arial" w:hAnsi="Arial"/>
          <w:b/>
          <w:color w:val="323232"/>
          <w:sz w:val="26"/>
          <w:lang w:val="fr-FR"/>
        </w:rPr>
        <w:lastRenderedPageBreak/>
        <w:t xml:space="preserve">Bloc 3 : 1 vs 1 </w:t>
      </w:r>
      <w:r w:rsidR="00322FFD">
        <w:rPr>
          <w:rFonts w:ascii="Arial" w:hAnsi="Arial"/>
          <w:b/>
          <w:color w:val="323232"/>
          <w:sz w:val="26"/>
          <w:lang w:val="fr-FR"/>
        </w:rPr>
        <w:t>« </w:t>
      </w:r>
      <w:r w:rsidR="00576062">
        <w:rPr>
          <w:rFonts w:ascii="Arial" w:hAnsi="Arial"/>
          <w:b/>
          <w:color w:val="323232"/>
          <w:sz w:val="26"/>
          <w:lang w:val="fr-FR"/>
        </w:rPr>
        <w:t>au large</w:t>
      </w:r>
      <w:r w:rsidR="00322FFD">
        <w:rPr>
          <w:rFonts w:ascii="Arial" w:hAnsi="Arial"/>
          <w:b/>
          <w:color w:val="323232"/>
          <w:sz w:val="26"/>
          <w:lang w:val="fr-FR"/>
        </w:rPr>
        <w:t> »</w:t>
      </w:r>
      <w:r w:rsidR="00576062">
        <w:rPr>
          <w:rFonts w:ascii="Arial" w:hAnsi="Arial"/>
          <w:b/>
          <w:color w:val="323232"/>
          <w:sz w:val="26"/>
          <w:lang w:val="fr-FR"/>
        </w:rPr>
        <w:t xml:space="preserve"> </w:t>
      </w:r>
      <w:r w:rsidRPr="00057B46">
        <w:rPr>
          <w:rFonts w:ascii="Arial" w:hAnsi="Arial"/>
          <w:b/>
          <w:color w:val="323232"/>
          <w:sz w:val="26"/>
          <w:lang w:val="fr-FR"/>
        </w:rPr>
        <w:t>– Technique individu</w:t>
      </w:r>
      <w:r>
        <w:rPr>
          <w:rFonts w:ascii="Arial" w:hAnsi="Arial"/>
          <w:b/>
          <w:color w:val="323232"/>
          <w:sz w:val="26"/>
          <w:lang w:val="fr-FR"/>
        </w:rPr>
        <w:t>elle de franchissement</w:t>
      </w:r>
      <w:r w:rsidR="00576062">
        <w:rPr>
          <w:rFonts w:ascii="Arial" w:hAnsi="Arial"/>
          <w:b/>
          <w:color w:val="323232"/>
          <w:sz w:val="26"/>
          <w:lang w:val="fr-FR"/>
        </w:rPr>
        <w:t xml:space="preserve"> (ABC puis Cadrage débordement)</w:t>
      </w:r>
    </w:p>
    <w:p w14:paraId="76A067BB" w14:textId="77777777" w:rsidR="00057B46" w:rsidRDefault="00057B46" w:rsidP="00057B46">
      <w:pPr>
        <w:rPr>
          <w:b/>
          <w:lang w:val="fr-FR"/>
        </w:rPr>
      </w:pPr>
    </w:p>
    <w:p w14:paraId="2DA1412B" w14:textId="198B2E43" w:rsidR="00465094" w:rsidRPr="00E53D4C" w:rsidRDefault="00057B46" w:rsidP="00057B46">
      <w:pPr>
        <w:rPr>
          <w:lang w:val="fr-FR"/>
        </w:rPr>
      </w:pPr>
      <w:r w:rsidRPr="00E53D4C">
        <w:rPr>
          <w:b/>
          <w:lang w:val="fr-FR"/>
        </w:rPr>
        <w:t>• Matériel :</w:t>
      </w:r>
      <w:r w:rsidRPr="00E53D4C">
        <w:rPr>
          <w:lang w:val="fr-FR"/>
        </w:rPr>
        <w:t xml:space="preserve"> cônes (▲), </w:t>
      </w:r>
      <w:r w:rsidR="00863248">
        <w:rPr>
          <w:lang w:val="fr-FR"/>
        </w:rPr>
        <w:t>8</w:t>
      </w:r>
      <w:r w:rsidRPr="00E53D4C">
        <w:rPr>
          <w:lang w:val="fr-FR"/>
        </w:rPr>
        <w:t xml:space="preserve"> ballons (</w:t>
      </w:r>
      <w:r w:rsidRPr="00E53D4C">
        <w:rPr>
          <w:rFonts w:ascii="Segoe UI Emoji" w:hAnsi="Segoe UI Emoji" w:cs="Segoe UI Emoji"/>
          <w:lang w:val="fr-FR"/>
        </w:rPr>
        <w:t>⚫</w:t>
      </w:r>
      <w:r w:rsidRPr="00E53D4C">
        <w:rPr>
          <w:lang w:val="fr-FR"/>
        </w:rPr>
        <w:t>). Jusqu'</w:t>
      </w:r>
      <w:r w:rsidRPr="00E53D4C">
        <w:rPr>
          <w:rFonts w:ascii="Cambria" w:hAnsi="Cambria" w:cs="Cambria"/>
          <w:lang w:val="fr-FR"/>
        </w:rPr>
        <w:t>à</w:t>
      </w:r>
      <w:r w:rsidRPr="00E53D4C">
        <w:rPr>
          <w:lang w:val="fr-FR"/>
        </w:rPr>
        <w:t xml:space="preserve"> 20 joueurs r</w:t>
      </w:r>
      <w:r w:rsidRPr="00E53D4C">
        <w:rPr>
          <w:rFonts w:ascii="Cambria" w:hAnsi="Cambria" w:cs="Cambria"/>
          <w:lang w:val="fr-FR"/>
        </w:rPr>
        <w:t>é</w:t>
      </w:r>
      <w:r w:rsidRPr="00E53D4C">
        <w:rPr>
          <w:lang w:val="fr-FR"/>
        </w:rPr>
        <w:t xml:space="preserve">partis </w:t>
      </w:r>
      <w:r w:rsidR="00863248">
        <w:rPr>
          <w:lang w:val="fr-FR"/>
        </w:rPr>
        <w:t xml:space="preserve">entre </w:t>
      </w:r>
      <w:r w:rsidR="00E66051">
        <w:rPr>
          <w:lang w:val="fr-FR"/>
        </w:rPr>
        <w:t>4 colonnes</w:t>
      </w:r>
      <w:r w:rsidR="00863248">
        <w:rPr>
          <w:lang w:val="fr-FR"/>
        </w:rPr>
        <w:t xml:space="preserve">, réparti dans chaque colonne </w:t>
      </w:r>
      <w:r>
        <w:rPr>
          <w:lang w:val="fr-FR"/>
        </w:rPr>
        <w:t xml:space="preserve">face à </w:t>
      </w:r>
      <w:proofErr w:type="gramStart"/>
      <w:r>
        <w:rPr>
          <w:lang w:val="fr-FR"/>
        </w:rPr>
        <w:t xml:space="preserve">face </w:t>
      </w:r>
      <w:r w:rsidRPr="00E53D4C">
        <w:rPr>
          <w:lang w:val="fr-FR"/>
        </w:rPr>
        <w:t>.</w:t>
      </w:r>
      <w:proofErr w:type="gramEnd"/>
      <w:r w:rsidR="009D005E">
        <w:rPr>
          <w:lang w:val="fr-FR"/>
        </w:rPr>
        <w:t xml:space="preserve"> </w:t>
      </w:r>
      <w:r w:rsidR="00465094">
        <w:rPr>
          <w:lang w:val="fr-FR"/>
        </w:rPr>
        <w:t xml:space="preserve">Colone de 10 </w:t>
      </w:r>
      <w:proofErr w:type="spellStart"/>
      <w:r w:rsidR="00465094">
        <w:rPr>
          <w:lang w:val="fr-FR"/>
        </w:rPr>
        <w:t>metres</w:t>
      </w:r>
      <w:proofErr w:type="spellEnd"/>
      <w:r w:rsidR="00465094">
        <w:rPr>
          <w:lang w:val="fr-FR"/>
        </w:rPr>
        <w:t xml:space="preserve"> de large sur 20 </w:t>
      </w:r>
      <w:proofErr w:type="spellStart"/>
      <w:r w:rsidR="00465094">
        <w:rPr>
          <w:lang w:val="fr-FR"/>
        </w:rPr>
        <w:t>metres</w:t>
      </w:r>
      <w:proofErr w:type="spellEnd"/>
      <w:r w:rsidR="00465094">
        <w:rPr>
          <w:lang w:val="fr-FR"/>
        </w:rPr>
        <w:t xml:space="preserve"> de long</w:t>
      </w:r>
    </w:p>
    <w:p w14:paraId="74D8D036" w14:textId="5179B152" w:rsidR="00C5799F" w:rsidRPr="00C5799F" w:rsidRDefault="00057B46" w:rsidP="00C5799F">
      <w:pPr>
        <w:rPr>
          <w:bCs/>
          <w:lang w:val="fr-FR"/>
        </w:rPr>
      </w:pPr>
      <w:r w:rsidRPr="00C5799F">
        <w:rPr>
          <w:b/>
          <w:bCs/>
          <w:lang w:val="fr-FR"/>
        </w:rPr>
        <w:t xml:space="preserve">Exercice de base </w:t>
      </w:r>
      <w:r w:rsidRPr="00C5799F">
        <w:rPr>
          <w:lang w:val="fr-FR"/>
        </w:rPr>
        <w:t xml:space="preserve">: passe </w:t>
      </w:r>
      <w:r w:rsidR="00465094" w:rsidRPr="00C5799F">
        <w:rPr>
          <w:lang w:val="fr-FR"/>
        </w:rPr>
        <w:t>au pied d’un bout de la colonne au jou</w:t>
      </w:r>
      <w:r w:rsidR="00275723" w:rsidRPr="00C5799F">
        <w:rPr>
          <w:lang w:val="fr-FR"/>
        </w:rPr>
        <w:t>eur en face. A la réception du ballon l</w:t>
      </w:r>
      <w:r w:rsidR="00F01167" w:rsidRPr="00C5799F">
        <w:rPr>
          <w:lang w:val="fr-FR"/>
        </w:rPr>
        <w:t>e</w:t>
      </w:r>
      <w:r w:rsidR="00275723" w:rsidRPr="00C5799F">
        <w:rPr>
          <w:lang w:val="fr-FR"/>
        </w:rPr>
        <w:t xml:space="preserve"> </w:t>
      </w:r>
      <w:r w:rsidR="00433BED" w:rsidRPr="00C5799F">
        <w:rPr>
          <w:lang w:val="fr-FR"/>
        </w:rPr>
        <w:t>kicker</w:t>
      </w:r>
      <w:r w:rsidR="00F01167" w:rsidRPr="00C5799F">
        <w:rPr>
          <w:lang w:val="fr-FR"/>
        </w:rPr>
        <w:t xml:space="preserve"> devient défenseur et</w:t>
      </w:r>
      <w:r w:rsidR="00433BED" w:rsidRPr="00C5799F">
        <w:rPr>
          <w:lang w:val="fr-FR"/>
        </w:rPr>
        <w:t xml:space="preserve"> monte sur l’attaquant. L’attaquant doit marquer </w:t>
      </w:r>
      <w:r w:rsidR="00522ACE" w:rsidRPr="00C5799F">
        <w:rPr>
          <w:lang w:val="fr-FR"/>
        </w:rPr>
        <w:t>en cadrant le d</w:t>
      </w:r>
      <w:r w:rsidR="00F01167" w:rsidRPr="00C5799F">
        <w:rPr>
          <w:lang w:val="fr-FR"/>
        </w:rPr>
        <w:t>é</w:t>
      </w:r>
      <w:r w:rsidR="00522ACE" w:rsidRPr="00C5799F">
        <w:rPr>
          <w:lang w:val="fr-FR"/>
        </w:rPr>
        <w:t xml:space="preserve">fenseur dans la colonne. </w:t>
      </w:r>
      <w:r w:rsidR="00A403E4" w:rsidRPr="00C5799F">
        <w:rPr>
          <w:lang w:val="fr-FR"/>
        </w:rPr>
        <w:t xml:space="preserve"> </w:t>
      </w:r>
      <w:r w:rsidR="00735E8A">
        <w:rPr>
          <w:lang w:val="fr-FR"/>
        </w:rPr>
        <w:t xml:space="preserve">Une fois passé, </w:t>
      </w:r>
      <w:r w:rsidR="00A074EF">
        <w:rPr>
          <w:lang w:val="fr-FR"/>
        </w:rPr>
        <w:t>l’attaquant p</w:t>
      </w:r>
      <w:r w:rsidR="00C5799F" w:rsidRPr="00C5799F">
        <w:rPr>
          <w:lang w:val="fr-FR"/>
        </w:rPr>
        <w:t>asse au suivant, qui enchaine avec un coup de pied en face.</w:t>
      </w:r>
    </w:p>
    <w:p w14:paraId="1B92AFFD" w14:textId="3CB8A1C0" w:rsidR="00203E9C" w:rsidRDefault="00A403E4" w:rsidP="00057B46">
      <w:pPr>
        <w:spacing w:after="0"/>
        <w:rPr>
          <w:lang w:val="fr-FR"/>
        </w:rPr>
      </w:pPr>
      <w:r>
        <w:rPr>
          <w:lang w:val="fr-FR"/>
        </w:rPr>
        <w:t>Objectif du défenseur :</w:t>
      </w:r>
    </w:p>
    <w:p w14:paraId="2703D8B6" w14:textId="46AB14C7" w:rsidR="00057B46" w:rsidRDefault="00203E9C" w:rsidP="00203E9C">
      <w:pPr>
        <w:pStyle w:val="ListParagraph"/>
        <w:numPr>
          <w:ilvl w:val="0"/>
          <w:numId w:val="15"/>
        </w:numPr>
        <w:spacing w:after="0"/>
        <w:rPr>
          <w:lang w:val="fr-FR"/>
        </w:rPr>
      </w:pPr>
      <w:r>
        <w:rPr>
          <w:lang w:val="fr-FR"/>
        </w:rPr>
        <w:t>Si attaquan</w:t>
      </w:r>
      <w:r w:rsidR="001C3EFF">
        <w:rPr>
          <w:lang w:val="fr-FR"/>
        </w:rPr>
        <w:t>t</w:t>
      </w:r>
      <w:r>
        <w:rPr>
          <w:lang w:val="fr-FR"/>
        </w:rPr>
        <w:t xml:space="preserve"> est un avant : </w:t>
      </w:r>
      <w:r w:rsidR="00A074EF">
        <w:rPr>
          <w:lang w:val="fr-FR"/>
        </w:rPr>
        <w:t xml:space="preserve">ceinturer </w:t>
      </w:r>
    </w:p>
    <w:p w14:paraId="4B3B2787" w14:textId="5F6CAE15" w:rsidR="00203E9C" w:rsidRPr="00203E9C" w:rsidRDefault="00203E9C" w:rsidP="00203E9C">
      <w:pPr>
        <w:pStyle w:val="ListParagraph"/>
        <w:numPr>
          <w:ilvl w:val="0"/>
          <w:numId w:val="15"/>
        </w:numPr>
        <w:spacing w:after="0"/>
        <w:rPr>
          <w:lang w:val="fr-FR"/>
        </w:rPr>
      </w:pPr>
      <w:r>
        <w:rPr>
          <w:lang w:val="fr-FR"/>
        </w:rPr>
        <w:t>Si atta</w:t>
      </w:r>
      <w:r w:rsidR="001C3EFF">
        <w:rPr>
          <w:lang w:val="fr-FR"/>
        </w:rPr>
        <w:t>q</w:t>
      </w:r>
      <w:r>
        <w:rPr>
          <w:lang w:val="fr-FR"/>
        </w:rPr>
        <w:t xml:space="preserve">uant est un ¾ : toucher </w:t>
      </w:r>
      <w:r w:rsidR="00A074EF">
        <w:rPr>
          <w:lang w:val="fr-FR"/>
        </w:rPr>
        <w:t>1</w:t>
      </w:r>
      <w:r>
        <w:rPr>
          <w:lang w:val="fr-FR"/>
        </w:rPr>
        <w:t xml:space="preserve"> main </w:t>
      </w:r>
      <w:r w:rsidR="001C3EFF">
        <w:rPr>
          <w:lang w:val="fr-FR"/>
        </w:rPr>
        <w:t>sous le sternum</w:t>
      </w:r>
    </w:p>
    <w:p w14:paraId="590E2486" w14:textId="77777777" w:rsidR="00A403E4" w:rsidRDefault="00A403E4" w:rsidP="00057B46">
      <w:pPr>
        <w:spacing w:after="0"/>
        <w:rPr>
          <w:lang w:val="fr-FR"/>
        </w:rPr>
      </w:pPr>
    </w:p>
    <w:p w14:paraId="1D134170" w14:textId="1D24BF23" w:rsidR="00057B46" w:rsidRDefault="00057B46" w:rsidP="00F01167">
      <w:pPr>
        <w:spacing w:after="0"/>
        <w:rPr>
          <w:lang w:val="fr-FR"/>
        </w:rPr>
      </w:pPr>
      <w:r>
        <w:rPr>
          <w:lang w:val="fr-FR"/>
        </w:rPr>
        <w:t xml:space="preserve">Début en </w:t>
      </w:r>
      <w:r w:rsidR="00522ACE">
        <w:rPr>
          <w:lang w:val="fr-FR"/>
        </w:rPr>
        <w:t>démonstration sur une colonne avec quelques exemples, quelques infos, puis répartition sur les 4 colonnes pour mise en pratique.</w:t>
      </w:r>
    </w:p>
    <w:p w14:paraId="20A6B05A" w14:textId="77777777" w:rsidR="00F01167" w:rsidRPr="00F01167" w:rsidRDefault="00F01167" w:rsidP="00F01167">
      <w:pPr>
        <w:spacing w:after="0"/>
        <w:rPr>
          <w:lang w:val="fr-FR"/>
        </w:rPr>
      </w:pPr>
    </w:p>
    <w:p w14:paraId="4FC4CE0D" w14:textId="77777777" w:rsidR="00B43082" w:rsidRDefault="00057B46" w:rsidP="00057B46">
      <w:pPr>
        <w:rPr>
          <w:b/>
          <w:lang w:val="fr-FR"/>
        </w:rPr>
      </w:pPr>
      <w:r w:rsidRPr="00E53D4C">
        <w:rPr>
          <w:b/>
          <w:lang w:val="fr-FR"/>
        </w:rPr>
        <w:t xml:space="preserve">• Coaching Points (Conseils du Coach) </w:t>
      </w:r>
    </w:p>
    <w:p w14:paraId="06C22F0C" w14:textId="4A7B07C6" w:rsidR="00057B46" w:rsidRPr="00B43082" w:rsidRDefault="00B43082" w:rsidP="00B43082">
      <w:pPr>
        <w:pStyle w:val="ListParagraph"/>
        <w:numPr>
          <w:ilvl w:val="0"/>
          <w:numId w:val="15"/>
        </w:numPr>
        <w:rPr>
          <w:bCs/>
          <w:lang w:val="fr-FR"/>
        </w:rPr>
      </w:pPr>
      <w:r>
        <w:rPr>
          <w:b/>
          <w:lang w:val="fr-FR"/>
        </w:rPr>
        <w:t xml:space="preserve">En attaque : </w:t>
      </w:r>
      <w:r w:rsidR="00057B46" w:rsidRPr="00B43082">
        <w:rPr>
          <w:b/>
          <w:lang w:val="fr-FR"/>
        </w:rPr>
        <w:t xml:space="preserve"> </w:t>
      </w:r>
      <w:r w:rsidR="00F01167" w:rsidRPr="00B43082">
        <w:rPr>
          <w:bCs/>
          <w:lang w:val="fr-FR"/>
        </w:rPr>
        <w:t xml:space="preserve">déplacer </w:t>
      </w:r>
      <w:r w:rsidR="00F72254" w:rsidRPr="00B43082">
        <w:rPr>
          <w:bCs/>
          <w:lang w:val="fr-FR"/>
        </w:rPr>
        <w:t>le défenseur</w:t>
      </w:r>
      <w:r w:rsidR="00C71808">
        <w:rPr>
          <w:bCs/>
          <w:lang w:val="fr-FR"/>
        </w:rPr>
        <w:t xml:space="preserve"> en le testant</w:t>
      </w:r>
      <w:r w:rsidR="00735E8A">
        <w:rPr>
          <w:bCs/>
          <w:lang w:val="fr-FR"/>
        </w:rPr>
        <w:t xml:space="preserve">. </w:t>
      </w:r>
      <w:r w:rsidR="00F72254" w:rsidRPr="00B43082">
        <w:rPr>
          <w:bCs/>
          <w:lang w:val="fr-FR"/>
        </w:rPr>
        <w:t>Une fois que les hanches</w:t>
      </w:r>
      <w:r w:rsidR="00F01167" w:rsidRPr="00B43082">
        <w:rPr>
          <w:bCs/>
          <w:lang w:val="fr-FR"/>
        </w:rPr>
        <w:t xml:space="preserve"> du défenseur </w:t>
      </w:r>
      <w:r w:rsidR="00F72254" w:rsidRPr="00B43082">
        <w:rPr>
          <w:bCs/>
          <w:lang w:val="fr-FR"/>
        </w:rPr>
        <w:t xml:space="preserve">engagées, </w:t>
      </w:r>
      <w:proofErr w:type="spellStart"/>
      <w:r w:rsidR="00345531" w:rsidRPr="00B43082">
        <w:rPr>
          <w:bCs/>
          <w:lang w:val="fr-FR"/>
        </w:rPr>
        <w:t>déclan</w:t>
      </w:r>
      <w:r w:rsidR="00F01167" w:rsidRPr="00B43082">
        <w:rPr>
          <w:bCs/>
          <w:lang w:val="fr-FR"/>
        </w:rPr>
        <w:t>ch</w:t>
      </w:r>
      <w:r w:rsidR="00345531" w:rsidRPr="00B43082">
        <w:rPr>
          <w:bCs/>
          <w:lang w:val="fr-FR"/>
        </w:rPr>
        <w:t>er</w:t>
      </w:r>
      <w:proofErr w:type="spellEnd"/>
      <w:r w:rsidR="00345531" w:rsidRPr="00B43082">
        <w:rPr>
          <w:bCs/>
          <w:lang w:val="fr-FR"/>
        </w:rPr>
        <w:t xml:space="preserve"> le changement de direction, puis accélération.</w:t>
      </w:r>
      <w:r w:rsidR="00F808F9" w:rsidRPr="00F808F9">
        <w:rPr>
          <w:lang w:val="fr-FR"/>
        </w:rPr>
        <w:t xml:space="preserve"> </w:t>
      </w:r>
      <w:proofErr w:type="spellStart"/>
      <w:r w:rsidR="00F808F9" w:rsidRPr="007B1159">
        <w:rPr>
          <w:lang w:val="fr-FR"/>
        </w:rPr>
        <w:t>Gerer</w:t>
      </w:r>
      <w:proofErr w:type="spellEnd"/>
      <w:r w:rsidR="00F808F9" w:rsidRPr="007B1159">
        <w:rPr>
          <w:lang w:val="fr-FR"/>
        </w:rPr>
        <w:t xml:space="preserve"> la distance pour le déclanchement </w:t>
      </w:r>
      <w:proofErr w:type="gramStart"/>
      <w:r w:rsidR="00F808F9" w:rsidRPr="007B1159">
        <w:rPr>
          <w:lang w:val="fr-FR"/>
        </w:rPr>
        <w:t>des changement</w:t>
      </w:r>
      <w:proofErr w:type="gramEnd"/>
      <w:r w:rsidR="00F808F9" w:rsidRPr="007B1159">
        <w:rPr>
          <w:lang w:val="fr-FR"/>
        </w:rPr>
        <w:t xml:space="preserve"> de direction.</w:t>
      </w:r>
      <w:r w:rsidR="00C71808">
        <w:rPr>
          <w:lang w:val="fr-FR"/>
        </w:rPr>
        <w:t xml:space="preserve"> Changement de ballon de main et utilisation de la main libre pour écarter </w:t>
      </w:r>
      <w:r w:rsidR="009D005E">
        <w:rPr>
          <w:lang w:val="fr-FR"/>
        </w:rPr>
        <w:t>les bras du défenseur.</w:t>
      </w:r>
      <w:r w:rsidR="006153B9" w:rsidRPr="00B43082">
        <w:rPr>
          <w:lang w:val="fr-FR"/>
        </w:rPr>
        <w:t xml:space="preserve"> </w:t>
      </w:r>
    </w:p>
    <w:p w14:paraId="0D9AF0BA" w14:textId="52BFA6EC" w:rsidR="00B43082" w:rsidRPr="00B43082" w:rsidRDefault="00B43082" w:rsidP="00B43082">
      <w:pPr>
        <w:pStyle w:val="ListParagraph"/>
        <w:numPr>
          <w:ilvl w:val="0"/>
          <w:numId w:val="15"/>
        </w:numPr>
        <w:rPr>
          <w:bCs/>
          <w:lang w:val="fr-FR"/>
        </w:rPr>
      </w:pPr>
      <w:r>
        <w:rPr>
          <w:b/>
          <w:lang w:val="fr-FR"/>
        </w:rPr>
        <w:t>En dé</w:t>
      </w:r>
      <w:r w:rsidR="007D71A7">
        <w:rPr>
          <w:b/>
          <w:lang w:val="fr-FR"/>
        </w:rPr>
        <w:t>f</w:t>
      </w:r>
      <w:r>
        <w:rPr>
          <w:b/>
          <w:lang w:val="fr-FR"/>
        </w:rPr>
        <w:t>ense</w:t>
      </w:r>
      <w:r w:rsidR="007B1159">
        <w:rPr>
          <w:b/>
          <w:lang w:val="fr-FR"/>
        </w:rPr>
        <w:t> :</w:t>
      </w:r>
      <w:r w:rsidR="007B1159" w:rsidRPr="007B1159">
        <w:rPr>
          <w:bCs/>
          <w:lang w:val="fr-FR"/>
        </w:rPr>
        <w:t xml:space="preserve"> </w:t>
      </w:r>
      <w:r w:rsidR="00735E8A">
        <w:rPr>
          <w:bCs/>
          <w:lang w:val="fr-FR"/>
        </w:rPr>
        <w:t xml:space="preserve">Déplacer l’attaquant ou on veut (fermer un côté).  </w:t>
      </w:r>
      <w:r w:rsidR="007B1159" w:rsidRPr="007B1159">
        <w:rPr>
          <w:bCs/>
          <w:lang w:val="fr-FR"/>
        </w:rPr>
        <w:t>Forcer</w:t>
      </w:r>
      <w:r w:rsidR="007B1159">
        <w:rPr>
          <w:bCs/>
          <w:lang w:val="fr-FR"/>
        </w:rPr>
        <w:t xml:space="preserve"> l’attaquan</w:t>
      </w:r>
      <w:r w:rsidR="00F808F9">
        <w:rPr>
          <w:bCs/>
          <w:lang w:val="fr-FR"/>
        </w:rPr>
        <w:t>t</w:t>
      </w:r>
      <w:r w:rsidR="007B1159">
        <w:rPr>
          <w:bCs/>
          <w:lang w:val="fr-FR"/>
        </w:rPr>
        <w:t xml:space="preserve"> à prendre une </w:t>
      </w:r>
      <w:proofErr w:type="spellStart"/>
      <w:r w:rsidR="007B1159">
        <w:rPr>
          <w:bCs/>
          <w:lang w:val="fr-FR"/>
        </w:rPr>
        <w:t>decis</w:t>
      </w:r>
      <w:r w:rsidR="00F808F9">
        <w:rPr>
          <w:bCs/>
          <w:lang w:val="fr-FR"/>
        </w:rPr>
        <w:t>i</w:t>
      </w:r>
      <w:r w:rsidR="007B1159">
        <w:rPr>
          <w:bCs/>
          <w:lang w:val="fr-FR"/>
        </w:rPr>
        <w:t>on</w:t>
      </w:r>
      <w:proofErr w:type="spellEnd"/>
      <w:r w:rsidR="007B1159">
        <w:rPr>
          <w:bCs/>
          <w:lang w:val="fr-FR"/>
        </w:rPr>
        <w:t xml:space="preserve"> rapidement</w:t>
      </w:r>
      <w:r w:rsidR="00F44863">
        <w:rPr>
          <w:bCs/>
          <w:lang w:val="fr-FR"/>
        </w:rPr>
        <w:t>.</w:t>
      </w:r>
    </w:p>
    <w:p w14:paraId="56D0D32A" w14:textId="77777777" w:rsidR="007B1159" w:rsidRDefault="00057B46" w:rsidP="00057B46">
      <w:pPr>
        <w:rPr>
          <w:b/>
          <w:lang w:val="fr-FR"/>
        </w:rPr>
      </w:pPr>
      <w:r w:rsidRPr="00E53D4C">
        <w:rPr>
          <w:b/>
          <w:lang w:val="fr-FR"/>
        </w:rPr>
        <w:t>• Erreurs fréquentes à corriger :</w:t>
      </w:r>
    </w:p>
    <w:p w14:paraId="62938C2A" w14:textId="5D82F6BA" w:rsidR="00057B46" w:rsidRDefault="007B1159" w:rsidP="007B1159">
      <w:pPr>
        <w:pStyle w:val="ListParagraph"/>
        <w:numPr>
          <w:ilvl w:val="0"/>
          <w:numId w:val="15"/>
        </w:numPr>
        <w:rPr>
          <w:lang w:val="fr-FR"/>
        </w:rPr>
      </w:pPr>
      <w:r>
        <w:rPr>
          <w:lang w:val="fr-FR"/>
        </w:rPr>
        <w:t xml:space="preserve">Attaquant : </w:t>
      </w:r>
      <w:r w:rsidR="00057B46" w:rsidRPr="007B1159">
        <w:rPr>
          <w:lang w:val="fr-FR"/>
        </w:rPr>
        <w:t>Joueurs qui</w:t>
      </w:r>
      <w:r w:rsidR="00345531" w:rsidRPr="007B1159">
        <w:rPr>
          <w:lang w:val="fr-FR"/>
        </w:rPr>
        <w:t xml:space="preserve"> ne d</w:t>
      </w:r>
      <w:r w:rsidR="00B94A78" w:rsidRPr="007B1159">
        <w:rPr>
          <w:lang w:val="fr-FR"/>
        </w:rPr>
        <w:t>é</w:t>
      </w:r>
      <w:r w:rsidR="00345531" w:rsidRPr="007B1159">
        <w:rPr>
          <w:lang w:val="fr-FR"/>
        </w:rPr>
        <w:t>place</w:t>
      </w:r>
      <w:r w:rsidR="009D005E">
        <w:rPr>
          <w:lang w:val="fr-FR"/>
        </w:rPr>
        <w:t>/teste</w:t>
      </w:r>
      <w:r w:rsidR="00345531" w:rsidRPr="007B1159">
        <w:rPr>
          <w:lang w:val="fr-FR"/>
        </w:rPr>
        <w:t xml:space="preserve"> pas le défenseur. </w:t>
      </w:r>
      <w:r w:rsidR="009D005E">
        <w:rPr>
          <w:lang w:val="fr-FR"/>
        </w:rPr>
        <w:t>Course droite.</w:t>
      </w:r>
    </w:p>
    <w:p w14:paraId="428CAFF4" w14:textId="2F7A3EC0" w:rsidR="007B1159" w:rsidRPr="009D005E" w:rsidRDefault="007B1159" w:rsidP="009D005E">
      <w:pPr>
        <w:pStyle w:val="ListParagraph"/>
        <w:numPr>
          <w:ilvl w:val="0"/>
          <w:numId w:val="15"/>
        </w:numPr>
        <w:rPr>
          <w:bCs/>
          <w:lang w:val="fr-FR"/>
        </w:rPr>
      </w:pPr>
      <w:r>
        <w:rPr>
          <w:lang w:val="fr-FR"/>
        </w:rPr>
        <w:t xml:space="preserve">Défenseur : laisser le temps a l’attaquant de </w:t>
      </w:r>
      <w:r w:rsidR="00F808F9">
        <w:rPr>
          <w:lang w:val="fr-FR"/>
        </w:rPr>
        <w:t>cons</w:t>
      </w:r>
      <w:r w:rsidR="009D005E">
        <w:rPr>
          <w:lang w:val="fr-FR"/>
        </w:rPr>
        <w:t>t</w:t>
      </w:r>
      <w:r w:rsidR="00F808F9">
        <w:rPr>
          <w:lang w:val="fr-FR"/>
        </w:rPr>
        <w:t>ruire son attaque</w:t>
      </w:r>
      <w:r w:rsidR="009D005E">
        <w:rPr>
          <w:lang w:val="fr-FR"/>
        </w:rPr>
        <w:t xml:space="preserve"> ou m</w:t>
      </w:r>
      <w:r w:rsidR="00F808F9">
        <w:rPr>
          <w:lang w:val="fr-FR"/>
        </w:rPr>
        <w:t>onter trop vite</w:t>
      </w:r>
    </w:p>
    <w:p w14:paraId="60A3B3DB" w14:textId="77777777" w:rsidR="009D005E" w:rsidRPr="009D005E" w:rsidRDefault="009D005E" w:rsidP="009D005E">
      <w:pPr>
        <w:pStyle w:val="ListParagraph"/>
        <w:rPr>
          <w:bCs/>
          <w:lang w:val="fr-FR"/>
        </w:rPr>
      </w:pPr>
    </w:p>
    <w:p w14:paraId="517518EC" w14:textId="77777777" w:rsidR="00057B46" w:rsidRPr="00E53D4C" w:rsidRDefault="00057B46" w:rsidP="00057B46">
      <w:pPr>
        <w:keepNext/>
        <w:spacing w:before="240" w:after="80"/>
        <w:rPr>
          <w:lang w:val="fr-FR"/>
        </w:rPr>
      </w:pPr>
      <w:r w:rsidRPr="00E53D4C">
        <w:rPr>
          <w:rFonts w:ascii="Arial" w:hAnsi="Arial"/>
          <w:b/>
          <w:lang w:val="fr-FR"/>
        </w:rPr>
        <w:t>Schéma Tactique / Visualisation :</w:t>
      </w:r>
    </w:p>
    <w:p w14:paraId="3A260028" w14:textId="55BC1561" w:rsidR="00345531" w:rsidRPr="00AE5D8F" w:rsidRDefault="00345531" w:rsidP="00345531">
      <w:pPr>
        <w:keepNext/>
        <w:spacing w:before="240" w:after="80"/>
        <w:ind w:firstLine="720"/>
        <w:rPr>
          <w:lang w:val="fr-FR"/>
        </w:rPr>
      </w:pPr>
      <w:r w:rsidRPr="00E53D4C">
        <w:rPr>
          <w:lang w:val="fr-FR"/>
        </w:rPr>
        <w:t>▲</w:t>
      </w:r>
      <w:r>
        <w:rPr>
          <w:lang w:val="fr-FR"/>
        </w:rPr>
        <w:tab/>
      </w:r>
      <w:r>
        <w:rPr>
          <w:lang w:val="fr-FR"/>
        </w:rPr>
        <w:tab/>
      </w:r>
      <w:r w:rsidRPr="00E53D4C">
        <w:rPr>
          <w:rFonts w:ascii="Segoe UI Emoji" w:hAnsi="Segoe UI Emoji" w:cs="Segoe UI Emoji"/>
          <w:lang w:val="fr-FR"/>
        </w:rPr>
        <w:t>⚫</w:t>
      </w:r>
      <w:r>
        <w:rPr>
          <w:lang w:val="fr-FR"/>
        </w:rPr>
        <w:tab/>
      </w:r>
      <w:r>
        <w:rPr>
          <w:lang w:val="fr-FR"/>
        </w:rPr>
        <w:tab/>
      </w:r>
      <w:r w:rsidRPr="00E53D4C">
        <w:rPr>
          <w:lang w:val="fr-FR"/>
        </w:rPr>
        <w:t>▲</w:t>
      </w:r>
    </w:p>
    <w:p w14:paraId="37BA61C9" w14:textId="77777777" w:rsidR="00345531" w:rsidRPr="00AE5D8F" w:rsidRDefault="00345531" w:rsidP="00345531">
      <w:pPr>
        <w:keepNext/>
        <w:spacing w:before="240" w:after="80"/>
        <w:ind w:firstLine="720"/>
        <w:rPr>
          <w:lang w:val="fr-FR"/>
        </w:rPr>
      </w:pPr>
      <w:r w:rsidRPr="00E53D4C">
        <w:rPr>
          <w:lang w:val="fr-FR"/>
        </w:rPr>
        <w:t>▲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0E53D4C">
        <w:rPr>
          <w:lang w:val="fr-FR"/>
        </w:rPr>
        <w:t>▲</w:t>
      </w:r>
    </w:p>
    <w:p w14:paraId="740FF837" w14:textId="0CDE6DE7" w:rsidR="00345531" w:rsidRPr="00AE5D8F" w:rsidRDefault="00345531" w:rsidP="00345531">
      <w:pPr>
        <w:keepNext/>
        <w:spacing w:before="240" w:after="80"/>
        <w:ind w:firstLine="720"/>
        <w:rPr>
          <w:lang w:val="fr-FR"/>
        </w:rPr>
      </w:pPr>
      <w:r w:rsidRPr="00E53D4C">
        <w:rPr>
          <w:lang w:val="fr-FR"/>
        </w:rPr>
        <w:t>▲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0E53D4C">
        <w:rPr>
          <w:lang w:val="fr-FR"/>
        </w:rPr>
        <w:t>▲</w:t>
      </w:r>
    </w:p>
    <w:p w14:paraId="12092791" w14:textId="77777777" w:rsidR="00345531" w:rsidRPr="00AE5D8F" w:rsidRDefault="00345531" w:rsidP="00345531">
      <w:pPr>
        <w:keepNext/>
        <w:spacing w:before="240" w:after="80"/>
        <w:ind w:firstLine="720"/>
        <w:rPr>
          <w:lang w:val="fr-FR"/>
        </w:rPr>
      </w:pPr>
      <w:r w:rsidRPr="00E53D4C">
        <w:rPr>
          <w:lang w:val="fr-FR"/>
        </w:rPr>
        <w:t>▲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0E53D4C">
        <w:rPr>
          <w:lang w:val="fr-FR"/>
        </w:rPr>
        <w:t>▲</w:t>
      </w:r>
    </w:p>
    <w:p w14:paraId="172DFB7B" w14:textId="77777777" w:rsidR="00345531" w:rsidRPr="00AE5D8F" w:rsidRDefault="00345531" w:rsidP="00345531">
      <w:pPr>
        <w:keepNext/>
        <w:spacing w:before="240" w:after="80"/>
        <w:ind w:firstLine="720"/>
        <w:rPr>
          <w:lang w:val="fr-FR"/>
        </w:rPr>
      </w:pPr>
      <w:r w:rsidRPr="00E53D4C">
        <w:rPr>
          <w:lang w:val="fr-FR"/>
        </w:rPr>
        <w:t>▲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0E53D4C">
        <w:rPr>
          <w:lang w:val="fr-FR"/>
        </w:rPr>
        <w:t>▲</w:t>
      </w:r>
    </w:p>
    <w:p w14:paraId="7FF6D6A1" w14:textId="2B8D0188" w:rsidR="00345531" w:rsidRPr="00AE5D8F" w:rsidRDefault="00345531" w:rsidP="00345531">
      <w:pPr>
        <w:keepNext/>
        <w:spacing w:before="240" w:after="80"/>
        <w:ind w:firstLine="720"/>
        <w:rPr>
          <w:lang w:val="fr-FR"/>
        </w:rPr>
      </w:pPr>
      <w:r w:rsidRPr="00E53D4C">
        <w:rPr>
          <w:lang w:val="fr-FR"/>
        </w:rPr>
        <w:t>▲</w:t>
      </w:r>
      <w:r>
        <w:rPr>
          <w:lang w:val="fr-FR"/>
        </w:rPr>
        <w:tab/>
      </w:r>
      <w:r>
        <w:rPr>
          <w:lang w:val="fr-FR"/>
        </w:rPr>
        <w:tab/>
      </w:r>
      <w:r w:rsidRPr="00E53D4C">
        <w:rPr>
          <w:rFonts w:ascii="Segoe UI Emoji" w:hAnsi="Segoe UI Emoji" w:cs="Segoe UI Emoji"/>
          <w:lang w:val="fr-FR"/>
        </w:rPr>
        <w:t>⚫</w:t>
      </w:r>
      <w:r>
        <w:rPr>
          <w:lang w:val="fr-FR"/>
        </w:rPr>
        <w:tab/>
      </w:r>
      <w:r>
        <w:rPr>
          <w:lang w:val="fr-FR"/>
        </w:rPr>
        <w:tab/>
      </w:r>
      <w:r w:rsidRPr="00E53D4C">
        <w:rPr>
          <w:lang w:val="fr-FR"/>
        </w:rPr>
        <w:t>▲</w:t>
      </w:r>
    </w:p>
    <w:p w14:paraId="1CE7E936" w14:textId="116E4DDC" w:rsidR="00345531" w:rsidRPr="00AE5D8F" w:rsidRDefault="00345531" w:rsidP="00345531">
      <w:pPr>
        <w:keepNext/>
        <w:spacing w:before="240" w:after="80"/>
        <w:rPr>
          <w:lang w:val="fr-FR"/>
        </w:rPr>
      </w:pPr>
    </w:p>
    <w:p w14:paraId="128D74BB" w14:textId="77777777" w:rsidR="00057B46" w:rsidRPr="00057B46" w:rsidRDefault="00057B46">
      <w:pPr>
        <w:rPr>
          <w:rFonts w:ascii="Arial" w:hAnsi="Arial"/>
          <w:b/>
          <w:color w:val="323232"/>
          <w:sz w:val="26"/>
          <w:lang w:val="fr-FR"/>
        </w:rPr>
      </w:pPr>
      <w:r w:rsidRPr="00057B46">
        <w:rPr>
          <w:rFonts w:ascii="Arial" w:hAnsi="Arial"/>
          <w:b/>
          <w:color w:val="323232"/>
          <w:sz w:val="26"/>
          <w:lang w:val="fr-FR"/>
        </w:rPr>
        <w:br w:type="page"/>
      </w:r>
    </w:p>
    <w:p w14:paraId="07AAAF6C" w14:textId="7D8E63C7" w:rsidR="002B76DC" w:rsidRPr="00E53D4C" w:rsidRDefault="00B97995">
      <w:pPr>
        <w:keepNext/>
        <w:spacing w:before="240" w:after="80"/>
        <w:rPr>
          <w:lang w:val="fr-FR"/>
        </w:rPr>
      </w:pPr>
      <w:r w:rsidRPr="00E53D4C">
        <w:rPr>
          <w:rFonts w:ascii="Arial" w:hAnsi="Arial"/>
          <w:b/>
          <w:color w:val="323232"/>
          <w:sz w:val="26"/>
          <w:lang w:val="fr-FR"/>
        </w:rPr>
        <w:lastRenderedPageBreak/>
        <w:t xml:space="preserve">Bloc </w:t>
      </w:r>
      <w:r w:rsidR="00057B46">
        <w:rPr>
          <w:rFonts w:ascii="Arial" w:hAnsi="Arial"/>
          <w:b/>
          <w:color w:val="323232"/>
          <w:sz w:val="26"/>
          <w:lang w:val="fr-FR"/>
        </w:rPr>
        <w:t>4</w:t>
      </w:r>
      <w:r w:rsidRPr="00E53D4C">
        <w:rPr>
          <w:rFonts w:ascii="Arial" w:hAnsi="Arial"/>
          <w:b/>
          <w:color w:val="323232"/>
          <w:sz w:val="26"/>
          <w:lang w:val="fr-FR"/>
        </w:rPr>
        <w:t xml:space="preserve"> : </w:t>
      </w:r>
      <w:r w:rsidR="00FA1144">
        <w:rPr>
          <w:rFonts w:ascii="Arial" w:hAnsi="Arial"/>
          <w:b/>
          <w:color w:val="323232"/>
          <w:sz w:val="26"/>
          <w:lang w:val="fr-FR"/>
        </w:rPr>
        <w:t xml:space="preserve">Séance technique de </w:t>
      </w:r>
      <w:r w:rsidR="00ED33E0">
        <w:rPr>
          <w:rFonts w:ascii="Arial" w:hAnsi="Arial"/>
          <w:b/>
          <w:color w:val="323232"/>
          <w:sz w:val="26"/>
          <w:lang w:val="fr-FR"/>
        </w:rPr>
        <w:t>Placage</w:t>
      </w:r>
    </w:p>
    <w:p w14:paraId="311152D6" w14:textId="77777777" w:rsidR="00A11E88" w:rsidRDefault="00A11E88">
      <w:pPr>
        <w:rPr>
          <w:rFonts w:ascii="Arial" w:hAnsi="Arial"/>
          <w:b/>
          <w:color w:val="323232"/>
          <w:sz w:val="26"/>
          <w:lang w:val="fr-FR"/>
        </w:rPr>
      </w:pPr>
      <w:r>
        <w:rPr>
          <w:rFonts w:ascii="Arial" w:hAnsi="Arial"/>
          <w:b/>
          <w:color w:val="323232"/>
          <w:sz w:val="26"/>
          <w:lang w:val="fr-FR"/>
        </w:rPr>
        <w:br w:type="page"/>
      </w:r>
    </w:p>
    <w:p w14:paraId="79089C54" w14:textId="127EBAE3" w:rsidR="002B76DC" w:rsidRPr="00E53D4C" w:rsidRDefault="00B97995">
      <w:pPr>
        <w:keepNext/>
        <w:spacing w:before="240" w:after="80"/>
        <w:rPr>
          <w:lang w:val="fr-FR"/>
        </w:rPr>
      </w:pPr>
      <w:r w:rsidRPr="00E53D4C">
        <w:rPr>
          <w:rFonts w:ascii="Arial" w:hAnsi="Arial"/>
          <w:b/>
          <w:color w:val="323232"/>
          <w:sz w:val="26"/>
          <w:lang w:val="fr-FR"/>
        </w:rPr>
        <w:lastRenderedPageBreak/>
        <w:t xml:space="preserve">Bloc </w:t>
      </w:r>
      <w:r w:rsidR="00057B46">
        <w:rPr>
          <w:rFonts w:ascii="Arial" w:hAnsi="Arial"/>
          <w:b/>
          <w:color w:val="323232"/>
          <w:sz w:val="26"/>
          <w:lang w:val="fr-FR"/>
        </w:rPr>
        <w:t>5</w:t>
      </w:r>
      <w:r w:rsidRPr="00E53D4C">
        <w:rPr>
          <w:rFonts w:ascii="Arial" w:hAnsi="Arial"/>
          <w:b/>
          <w:color w:val="323232"/>
          <w:sz w:val="26"/>
          <w:lang w:val="fr-FR"/>
        </w:rPr>
        <w:t xml:space="preserve"> : Exercice Collectif - Redéploiement &amp; Système de Jeu (25 Min)</w:t>
      </w:r>
    </w:p>
    <w:p w14:paraId="5A624C15" w14:textId="77777777" w:rsidR="002B76DC" w:rsidRPr="00E53D4C" w:rsidRDefault="00B97995">
      <w:pPr>
        <w:rPr>
          <w:lang w:val="fr-FR"/>
        </w:rPr>
      </w:pPr>
      <w:r w:rsidRPr="00E53D4C">
        <w:rPr>
          <w:b/>
          <w:lang w:val="fr-FR"/>
        </w:rPr>
        <w:t xml:space="preserve">• Matériel : </w:t>
      </w:r>
      <w:r w:rsidRPr="00E53D4C">
        <w:rPr>
          <w:lang w:val="fr-FR"/>
        </w:rPr>
        <w:t>Chasubles (2 couleurs), 2 ballons, terrain entier requis.</w:t>
      </w:r>
    </w:p>
    <w:p w14:paraId="080DAE5B" w14:textId="77777777" w:rsidR="002B76DC" w:rsidRPr="00E53D4C" w:rsidRDefault="00B97995">
      <w:pPr>
        <w:rPr>
          <w:lang w:val="fr-FR"/>
        </w:rPr>
      </w:pPr>
      <w:r w:rsidRPr="00E53D4C">
        <w:rPr>
          <w:b/>
          <w:lang w:val="fr-FR"/>
        </w:rPr>
        <w:t xml:space="preserve">• Organisation / Configuration : </w:t>
      </w:r>
      <w:r w:rsidRPr="00E53D4C">
        <w:rPr>
          <w:lang w:val="fr-FR"/>
        </w:rPr>
        <w:t>Opposition raisonnée à 12 contre 8 (sur les 20 joueurs disponibles). Les avants et trois-quarts sont positionnés.</w:t>
      </w:r>
    </w:p>
    <w:p w14:paraId="669DBFB0" w14:textId="77777777" w:rsidR="00FA3506" w:rsidRDefault="00B97995">
      <w:pPr>
        <w:rPr>
          <w:lang w:val="fr-FR"/>
        </w:rPr>
      </w:pPr>
      <w:r w:rsidRPr="00E53D4C">
        <w:rPr>
          <w:b/>
          <w:lang w:val="fr-FR"/>
        </w:rPr>
        <w:t xml:space="preserve">• Déroulement : </w:t>
      </w:r>
      <w:r w:rsidRPr="00E53D4C">
        <w:rPr>
          <w:lang w:val="fr-FR"/>
        </w:rPr>
        <w:t xml:space="preserve">Phase 1 : Départ sur phase statique ou arrêtée simulée au centre. Enchaînement obligatoire de 2 Pick-and-go axiaux pour concentrer la défense physique adverse et générer de l'avancée. </w:t>
      </w:r>
      <w:r w:rsidRPr="00E53D4C">
        <w:rPr>
          <w:lang w:val="fr-FR"/>
        </w:rPr>
        <w:br/>
        <w:t xml:space="preserve">Phase 2 : Dès que la vitesse avant est </w:t>
      </w:r>
      <w:proofErr w:type="gramStart"/>
      <w:r w:rsidRPr="00E53D4C">
        <w:rPr>
          <w:lang w:val="fr-FR"/>
        </w:rPr>
        <w:t>obtenue:</w:t>
      </w:r>
      <w:proofErr w:type="gramEnd"/>
      <w:r w:rsidRPr="00E53D4C">
        <w:rPr>
          <w:lang w:val="fr-FR"/>
        </w:rPr>
        <w:t xml:space="preserve"> éjection rapide par le #9 vers le #10,</w:t>
      </w:r>
      <w:r w:rsidR="00423E9C">
        <w:rPr>
          <w:lang w:val="fr-FR"/>
        </w:rPr>
        <w:t xml:space="preserve"> </w:t>
      </w:r>
      <w:proofErr w:type="spellStart"/>
      <w:r w:rsidR="00423E9C">
        <w:rPr>
          <w:lang w:val="fr-FR"/>
        </w:rPr>
        <w:t>Pod</w:t>
      </w:r>
      <w:proofErr w:type="spellEnd"/>
      <w:r w:rsidR="00423E9C">
        <w:rPr>
          <w:lang w:val="fr-FR"/>
        </w:rPr>
        <w:t xml:space="preserve"> de 3 avant en appel</w:t>
      </w:r>
      <w:r w:rsidR="009D57AC">
        <w:rPr>
          <w:lang w:val="fr-FR"/>
        </w:rPr>
        <w:t xml:space="preserve"> après le #9</w:t>
      </w:r>
      <w:r w:rsidR="00745DC8">
        <w:rPr>
          <w:lang w:val="fr-FR"/>
        </w:rPr>
        <w:t xml:space="preserve">, jeu dans la </w:t>
      </w:r>
      <w:proofErr w:type="spellStart"/>
      <w:r w:rsidR="009D57AC">
        <w:rPr>
          <w:lang w:val="fr-FR"/>
        </w:rPr>
        <w:t>defense</w:t>
      </w:r>
      <w:proofErr w:type="spellEnd"/>
      <w:r w:rsidR="009D57AC">
        <w:rPr>
          <w:lang w:val="fr-FR"/>
        </w:rPr>
        <w:t xml:space="preserve"> par les centres, avec </w:t>
      </w:r>
      <w:proofErr w:type="gramStart"/>
      <w:r w:rsidR="009D57AC">
        <w:rPr>
          <w:lang w:val="fr-FR"/>
        </w:rPr>
        <w:t xml:space="preserve">soit  </w:t>
      </w:r>
      <w:proofErr w:type="spellStart"/>
      <w:r w:rsidR="009D57AC">
        <w:rPr>
          <w:lang w:val="fr-FR"/>
        </w:rPr>
        <w:t>Interieur</w:t>
      </w:r>
      <w:proofErr w:type="spellEnd"/>
      <w:proofErr w:type="gramEnd"/>
      <w:r w:rsidR="009D57AC">
        <w:rPr>
          <w:lang w:val="fr-FR"/>
        </w:rPr>
        <w:t xml:space="preserve"> </w:t>
      </w:r>
      <w:r w:rsidR="00FA3506">
        <w:rPr>
          <w:lang w:val="fr-FR"/>
        </w:rPr>
        <w:t>du Premier centre</w:t>
      </w:r>
      <w:r w:rsidR="009D57AC">
        <w:rPr>
          <w:lang w:val="fr-FR"/>
        </w:rPr>
        <w:t xml:space="preserve"> avec le </w:t>
      </w:r>
      <w:proofErr w:type="spellStart"/>
      <w:r w:rsidR="009D57AC">
        <w:rPr>
          <w:lang w:val="fr-FR"/>
        </w:rPr>
        <w:t>pod</w:t>
      </w:r>
      <w:proofErr w:type="spellEnd"/>
      <w:r w:rsidR="009D57AC">
        <w:rPr>
          <w:lang w:val="fr-FR"/>
        </w:rPr>
        <w:t xml:space="preserve"> d’avant</w:t>
      </w:r>
      <w:r w:rsidR="00FA3506">
        <w:rPr>
          <w:lang w:val="fr-FR"/>
        </w:rPr>
        <w:t xml:space="preserve">s, soit en </w:t>
      </w:r>
      <w:proofErr w:type="spellStart"/>
      <w:r w:rsidR="00FA3506">
        <w:rPr>
          <w:lang w:val="fr-FR"/>
        </w:rPr>
        <w:t>exteireur</w:t>
      </w:r>
      <w:proofErr w:type="spellEnd"/>
      <w:r w:rsidR="00FA3506">
        <w:rPr>
          <w:lang w:val="fr-FR"/>
        </w:rPr>
        <w:t xml:space="preserve"> avec 2me centre et ailier : arrière.</w:t>
      </w:r>
    </w:p>
    <w:p w14:paraId="5702CA54" w14:textId="32EC8111" w:rsidR="00FA3506" w:rsidRDefault="00FA3506">
      <w:pPr>
        <w:rPr>
          <w:lang w:val="fr-FR"/>
        </w:rPr>
      </w:pPr>
      <w:r>
        <w:rPr>
          <w:lang w:val="fr-FR"/>
        </w:rPr>
        <w:t>S</w:t>
      </w:r>
      <w:r w:rsidR="00241A4D">
        <w:rPr>
          <w:lang w:val="fr-FR"/>
        </w:rPr>
        <w:t>i</w:t>
      </w:r>
      <w:r>
        <w:rPr>
          <w:lang w:val="fr-FR"/>
        </w:rPr>
        <w:t xml:space="preserve"> placage : reprise</w:t>
      </w:r>
      <w:r w:rsidR="00241A4D">
        <w:rPr>
          <w:lang w:val="fr-FR"/>
        </w:rPr>
        <w:t xml:space="preserve"> du plan de jeu (P&amp;G, puis passe 9-10)</w:t>
      </w:r>
    </w:p>
    <w:p w14:paraId="0FE67BAE" w14:textId="4D64573B" w:rsidR="002B76DC" w:rsidRPr="00E53D4C" w:rsidRDefault="00241A4D">
      <w:pPr>
        <w:rPr>
          <w:lang w:val="fr-FR"/>
        </w:rPr>
      </w:pPr>
      <w:r>
        <w:rPr>
          <w:lang w:val="fr-FR"/>
        </w:rPr>
        <w:t xml:space="preserve">SI </w:t>
      </w:r>
      <w:proofErr w:type="spellStart"/>
      <w:r>
        <w:rPr>
          <w:lang w:val="fr-FR"/>
        </w:rPr>
        <w:t>cout</w:t>
      </w:r>
      <w:proofErr w:type="spellEnd"/>
      <w:r>
        <w:rPr>
          <w:lang w:val="fr-FR"/>
        </w:rPr>
        <w:t xml:space="preserve"> de sifflet : simulation placage et reprise du plan de jeu </w:t>
      </w:r>
    </w:p>
    <w:p w14:paraId="1823728B" w14:textId="77777777" w:rsidR="002B76DC" w:rsidRPr="00E53D4C" w:rsidRDefault="00B97995">
      <w:pPr>
        <w:rPr>
          <w:lang w:val="fr-FR"/>
        </w:rPr>
      </w:pPr>
      <w:r w:rsidRPr="00E53D4C">
        <w:rPr>
          <w:b/>
          <w:lang w:val="fr-FR"/>
        </w:rPr>
        <w:t xml:space="preserve">• Temps de travail / </w:t>
      </w:r>
      <w:proofErr w:type="spellStart"/>
      <w:r w:rsidRPr="00E53D4C">
        <w:rPr>
          <w:b/>
          <w:lang w:val="fr-FR"/>
        </w:rPr>
        <w:t>Reps</w:t>
      </w:r>
      <w:proofErr w:type="spellEnd"/>
      <w:r w:rsidRPr="00E53D4C">
        <w:rPr>
          <w:b/>
          <w:lang w:val="fr-FR"/>
        </w:rPr>
        <w:t xml:space="preserve"> : </w:t>
      </w:r>
      <w:r w:rsidRPr="00E53D4C">
        <w:rPr>
          <w:lang w:val="fr-FR"/>
        </w:rPr>
        <w:t>Séquences de jeu de 3 minutes en continu pour solliciter le cardio de match. 4 blocs au total.</w:t>
      </w:r>
    </w:p>
    <w:p w14:paraId="22EDF80B" w14:textId="77777777" w:rsidR="002B76DC" w:rsidRPr="00E53D4C" w:rsidRDefault="00B97995">
      <w:pPr>
        <w:rPr>
          <w:lang w:val="fr-FR"/>
        </w:rPr>
      </w:pPr>
      <w:r w:rsidRPr="00E53D4C">
        <w:rPr>
          <w:b/>
          <w:lang w:val="fr-FR"/>
        </w:rPr>
        <w:t xml:space="preserve">• Coaching Points (Conseils du Coach) : </w:t>
      </w:r>
      <w:r w:rsidRPr="00E53D4C">
        <w:rPr>
          <w:lang w:val="fr-FR"/>
        </w:rPr>
        <w:t>Clarté des rôles et organisation collective ; vitesse de replacement (</w:t>
      </w:r>
      <w:r>
        <w:t>⟲</w:t>
      </w:r>
      <w:r w:rsidRPr="00E53D4C">
        <w:rPr>
          <w:lang w:val="fr-FR"/>
        </w:rPr>
        <w:t>) autour du ruck ; communication constante pour identifier la zone de supériorité numérique au large.</w:t>
      </w:r>
    </w:p>
    <w:p w14:paraId="1E5184A8" w14:textId="62652964" w:rsidR="002B76DC" w:rsidRPr="00E53D4C" w:rsidRDefault="00B97995">
      <w:pPr>
        <w:rPr>
          <w:lang w:val="fr-FR"/>
        </w:rPr>
      </w:pPr>
      <w:r w:rsidRPr="00E53D4C">
        <w:rPr>
          <w:b/>
          <w:lang w:val="fr-FR"/>
        </w:rPr>
        <w:t xml:space="preserve">• Erreurs fréquentes à corriger : </w:t>
      </w:r>
      <w:r w:rsidRPr="00E53D4C">
        <w:rPr>
          <w:lang w:val="fr-FR"/>
        </w:rPr>
        <w:t xml:space="preserve">Oubli du replacement axial </w:t>
      </w:r>
      <w:proofErr w:type="gramStart"/>
      <w:r w:rsidRPr="00E53D4C">
        <w:rPr>
          <w:lang w:val="fr-FR"/>
        </w:rPr>
        <w:t xml:space="preserve">; </w:t>
      </w:r>
      <w:r w:rsidR="004B65D1">
        <w:rPr>
          <w:lang w:val="fr-FR"/>
        </w:rPr>
        <w:t xml:space="preserve"> laisser</w:t>
      </w:r>
      <w:proofErr w:type="gramEnd"/>
      <w:r w:rsidR="004B65D1">
        <w:rPr>
          <w:lang w:val="fr-FR"/>
        </w:rPr>
        <w:t xml:space="preserve"> la ligne claire entre 9 et 10</w:t>
      </w:r>
      <w:proofErr w:type="gramStart"/>
      <w:r w:rsidR="004B65D1">
        <w:rPr>
          <w:lang w:val="fr-FR"/>
        </w:rPr>
        <w:t>.</w:t>
      </w:r>
      <w:r w:rsidRPr="00E53D4C">
        <w:rPr>
          <w:lang w:val="fr-FR"/>
        </w:rPr>
        <w:t>;</w:t>
      </w:r>
      <w:proofErr w:type="gramEnd"/>
      <w:r w:rsidRPr="00E53D4C">
        <w:rPr>
          <w:lang w:val="fr-FR"/>
        </w:rPr>
        <w:t xml:space="preserve"> manque de profondeur de la ligne arrière.</w:t>
      </w:r>
    </w:p>
    <w:p w14:paraId="385ADF86" w14:textId="77777777" w:rsidR="002B76DC" w:rsidRPr="00E53D4C" w:rsidRDefault="00B97995">
      <w:pPr>
        <w:keepNext/>
        <w:spacing w:before="240" w:after="80"/>
        <w:rPr>
          <w:lang w:val="fr-FR"/>
        </w:rPr>
      </w:pPr>
      <w:r w:rsidRPr="00E53D4C">
        <w:rPr>
          <w:rFonts w:ascii="Arial" w:hAnsi="Arial"/>
          <w:b/>
          <w:lang w:val="fr-FR"/>
        </w:rPr>
        <w:t>Schéma Tactique / Visualisation :</w:t>
      </w:r>
    </w:p>
    <w:p w14:paraId="113DDDE4" w14:textId="77777777" w:rsidR="002B76DC" w:rsidRPr="00E53D4C" w:rsidRDefault="00B97995">
      <w:pPr>
        <w:spacing w:before="40" w:after="120" w:line="240" w:lineRule="auto"/>
        <w:rPr>
          <w:lang w:val="fr-FR"/>
        </w:rPr>
      </w:pPr>
      <w:r w:rsidRPr="00E53D4C">
        <w:rPr>
          <w:rFonts w:ascii="Consolas" w:hAnsi="Consolas"/>
          <w:sz w:val="19"/>
          <w:lang w:val="fr-FR"/>
        </w:rPr>
        <w:t xml:space="preserve">  [VUE DU DESSUS - TERRAIN COMPLET]</w:t>
      </w:r>
      <w:r w:rsidRPr="00E53D4C">
        <w:rPr>
          <w:rFonts w:ascii="Consolas" w:hAnsi="Consolas"/>
          <w:sz w:val="19"/>
          <w:lang w:val="fr-FR"/>
        </w:rPr>
        <w:br/>
        <w:t xml:space="preserve">  +-------------------------------------------------------------------------------------+</w:t>
      </w:r>
      <w:r w:rsidRPr="00E53D4C">
        <w:rPr>
          <w:rFonts w:ascii="Consolas" w:hAnsi="Consolas"/>
          <w:sz w:val="19"/>
          <w:lang w:val="fr-FR"/>
        </w:rPr>
        <w:br/>
        <w:t xml:space="preserve">  |                                       [LIGNE DE TOUCHE GAUCHE]                      |</w:t>
      </w:r>
      <w:r w:rsidRPr="00E53D4C">
        <w:rPr>
          <w:rFonts w:ascii="Consolas" w:hAnsi="Consolas"/>
          <w:sz w:val="19"/>
          <w:lang w:val="fr-FR"/>
        </w:rPr>
        <w:br/>
        <w:t xml:space="preserve">  |   AXE DU TERRAIN (Pick-and-go répétés)                                              |</w:t>
      </w:r>
      <w:r w:rsidRPr="00E53D4C">
        <w:rPr>
          <w:rFonts w:ascii="Consolas" w:hAnsi="Consolas"/>
          <w:sz w:val="19"/>
          <w:lang w:val="fr-FR"/>
        </w:rPr>
        <w:br/>
        <w:t xml:space="preserve">  |   [Cellule d'avants] : </w:t>
      </w:r>
      <w:r>
        <w:rPr>
          <w:rFonts w:ascii="Consolas" w:hAnsi="Consolas"/>
          <w:sz w:val="19"/>
        </w:rPr>
        <w:t>🔵</w:t>
      </w:r>
      <w:r w:rsidRPr="00E53D4C">
        <w:rPr>
          <w:rFonts w:ascii="Consolas" w:hAnsi="Consolas"/>
          <w:sz w:val="19"/>
          <w:lang w:val="fr-FR"/>
        </w:rPr>
        <w:t>-</w:t>
      </w:r>
      <w:r>
        <w:rPr>
          <w:rFonts w:ascii="Consolas" w:hAnsi="Consolas"/>
          <w:sz w:val="19"/>
        </w:rPr>
        <w:t>🔵</w:t>
      </w:r>
      <w:r w:rsidRPr="00E53D4C">
        <w:rPr>
          <w:rFonts w:ascii="Consolas" w:hAnsi="Consolas"/>
          <w:sz w:val="19"/>
          <w:lang w:val="fr-FR"/>
        </w:rPr>
        <w:t>-</w:t>
      </w:r>
      <w:r>
        <w:rPr>
          <w:rFonts w:ascii="Consolas" w:hAnsi="Consolas"/>
          <w:sz w:val="19"/>
        </w:rPr>
        <w:t>🔵</w:t>
      </w:r>
      <w:r w:rsidRPr="00E53D4C">
        <w:rPr>
          <w:rFonts w:ascii="Consolas" w:hAnsi="Consolas"/>
          <w:sz w:val="19"/>
          <w:lang w:val="fr-FR"/>
        </w:rPr>
        <w:t xml:space="preserve"> (⚫) ➜ Pick &amp; Go à partir de l'arrêt                  |</w:t>
      </w:r>
      <w:r w:rsidRPr="00E53D4C">
        <w:rPr>
          <w:rFonts w:ascii="Consolas" w:hAnsi="Consolas"/>
          <w:sz w:val="19"/>
          <w:lang w:val="fr-FR"/>
        </w:rPr>
        <w:br/>
        <w:t xml:space="preserve">  |                            │ (Vitesse gagnée)                                       |</w:t>
      </w:r>
      <w:r w:rsidRPr="00E53D4C">
        <w:rPr>
          <w:rFonts w:ascii="Consolas" w:hAnsi="Consolas"/>
          <w:sz w:val="19"/>
          <w:lang w:val="fr-FR"/>
        </w:rPr>
        <w:br/>
        <w:t xml:space="preserve">  |                            ▼                                                        |</w:t>
      </w:r>
      <w:r w:rsidRPr="00E53D4C">
        <w:rPr>
          <w:rFonts w:ascii="Consolas" w:hAnsi="Consolas"/>
          <w:sz w:val="19"/>
          <w:lang w:val="fr-FR"/>
        </w:rPr>
        <w:br/>
        <w:t xml:space="preserve">  |                       Éjection vers </w:t>
      </w:r>
      <w:r>
        <w:rPr>
          <w:rFonts w:ascii="Consolas" w:hAnsi="Consolas"/>
          <w:sz w:val="19"/>
        </w:rPr>
        <w:t>🔵</w:t>
      </w:r>
      <w:r w:rsidRPr="00E53D4C">
        <w:rPr>
          <w:rFonts w:ascii="Consolas" w:hAnsi="Consolas"/>
          <w:sz w:val="19"/>
          <w:lang w:val="fr-FR"/>
        </w:rPr>
        <w:t xml:space="preserve"> (10)                                         |</w:t>
      </w:r>
      <w:r w:rsidRPr="00E53D4C">
        <w:rPr>
          <w:rFonts w:ascii="Consolas" w:hAnsi="Consolas"/>
          <w:sz w:val="19"/>
          <w:lang w:val="fr-FR"/>
        </w:rPr>
        <w:br/>
        <w:t xml:space="preserve">  |                                 │                                                   |</w:t>
      </w:r>
      <w:r w:rsidRPr="00E53D4C">
        <w:rPr>
          <w:rFonts w:ascii="Consolas" w:hAnsi="Consolas"/>
          <w:sz w:val="19"/>
          <w:lang w:val="fr-FR"/>
        </w:rPr>
        <w:br/>
        <w:t xml:space="preserve">  |                                 ▼                                                   |</w:t>
      </w:r>
      <w:r w:rsidRPr="00E53D4C">
        <w:rPr>
          <w:rFonts w:ascii="Consolas" w:hAnsi="Consolas"/>
          <w:sz w:val="19"/>
          <w:lang w:val="fr-FR"/>
        </w:rPr>
        <w:br/>
        <w:t xml:space="preserve">  |                                 </w:t>
      </w:r>
      <w:r>
        <w:rPr>
          <w:rFonts w:ascii="Consolas" w:hAnsi="Consolas"/>
          <w:sz w:val="19"/>
        </w:rPr>
        <w:t>🔵</w:t>
      </w:r>
      <w:r w:rsidRPr="00E53D4C">
        <w:rPr>
          <w:rFonts w:ascii="Consolas" w:hAnsi="Consolas"/>
          <w:sz w:val="19"/>
          <w:lang w:val="fr-FR"/>
        </w:rPr>
        <w:t xml:space="preserve"> ➝ </w:t>
      </w:r>
      <w:r>
        <w:rPr>
          <w:rFonts w:ascii="Consolas" w:hAnsi="Consolas"/>
          <w:sz w:val="19"/>
        </w:rPr>
        <w:t>🔵</w:t>
      </w:r>
      <w:r w:rsidRPr="00E53D4C">
        <w:rPr>
          <w:rFonts w:ascii="Consolas" w:hAnsi="Consolas"/>
          <w:sz w:val="19"/>
          <w:lang w:val="fr-FR"/>
        </w:rPr>
        <w:t xml:space="preserve"> ➝ </w:t>
      </w:r>
      <w:r>
        <w:rPr>
          <w:rFonts w:ascii="Consolas" w:hAnsi="Consolas"/>
          <w:sz w:val="19"/>
        </w:rPr>
        <w:t>🔵</w:t>
      </w:r>
      <w:r w:rsidRPr="00E53D4C">
        <w:rPr>
          <w:rFonts w:ascii="Consolas" w:hAnsi="Consolas"/>
          <w:sz w:val="19"/>
          <w:lang w:val="fr-FR"/>
        </w:rPr>
        <w:t xml:space="preserve"> ➜➜➜ Circulation rapide jusqu'au large   |</w:t>
      </w:r>
      <w:r w:rsidRPr="00E53D4C">
        <w:rPr>
          <w:rFonts w:ascii="Consolas" w:hAnsi="Consolas"/>
          <w:sz w:val="19"/>
          <w:lang w:val="fr-FR"/>
        </w:rPr>
        <w:br/>
        <w:t xml:space="preserve">  |                                                                     ▲ [TOUCHE DROITE]|</w:t>
      </w:r>
      <w:r w:rsidRPr="00E53D4C">
        <w:rPr>
          <w:rFonts w:ascii="Consolas" w:hAnsi="Consolas"/>
          <w:sz w:val="19"/>
          <w:lang w:val="fr-FR"/>
        </w:rPr>
        <w:br/>
        <w:t xml:space="preserve">  +-------------------------------------------------------------------------------------+</w:t>
      </w:r>
      <w:r w:rsidRPr="00E53D4C">
        <w:rPr>
          <w:rFonts w:ascii="Consolas" w:hAnsi="Consolas"/>
          <w:sz w:val="19"/>
          <w:lang w:val="fr-FR"/>
        </w:rPr>
        <w:br/>
        <w:t xml:space="preserve">  * Configuration réelle de match : 12 attaquants contre 8 défenseurs mobiles.</w:t>
      </w:r>
    </w:p>
    <w:p w14:paraId="0BB3D23D" w14:textId="77777777" w:rsidR="009C6AF0" w:rsidRDefault="009C6AF0">
      <w:pPr>
        <w:keepNext/>
        <w:spacing w:before="240" w:after="80"/>
        <w:rPr>
          <w:rFonts w:ascii="Arial" w:hAnsi="Arial"/>
          <w:b/>
          <w:color w:val="003366"/>
          <w:sz w:val="32"/>
          <w:lang w:val="fr-FR"/>
        </w:rPr>
      </w:pPr>
    </w:p>
    <w:p w14:paraId="7D97C612" w14:textId="55D695AF" w:rsidR="002B76DC" w:rsidRPr="00E53D4C" w:rsidRDefault="002B76DC">
      <w:pPr>
        <w:rPr>
          <w:lang w:val="fr-FR"/>
        </w:rPr>
      </w:pPr>
    </w:p>
    <w:sectPr w:rsidR="002B76DC" w:rsidRPr="00E53D4C" w:rsidSect="00EB3EA0">
      <w:pgSz w:w="11906" w:h="16838" w:code="9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38E7363"/>
    <w:multiLevelType w:val="multilevel"/>
    <w:tmpl w:val="C1F21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82201C"/>
    <w:multiLevelType w:val="multilevel"/>
    <w:tmpl w:val="38883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520425"/>
    <w:multiLevelType w:val="multilevel"/>
    <w:tmpl w:val="6AF25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C93310"/>
    <w:multiLevelType w:val="multilevel"/>
    <w:tmpl w:val="6E704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FF0E34"/>
    <w:multiLevelType w:val="hybridMultilevel"/>
    <w:tmpl w:val="CC7A0E48"/>
    <w:lvl w:ilvl="0" w:tplc="29A03C90">
      <w:start w:val="20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3F1DB4"/>
    <w:multiLevelType w:val="hybridMultilevel"/>
    <w:tmpl w:val="15BA04D4"/>
    <w:lvl w:ilvl="0" w:tplc="91C83E30">
      <w:start w:val="20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782764"/>
    <w:multiLevelType w:val="multilevel"/>
    <w:tmpl w:val="CBA4F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8339245">
    <w:abstractNumId w:val="8"/>
  </w:num>
  <w:num w:numId="2" w16cid:durableId="221527713">
    <w:abstractNumId w:val="6"/>
  </w:num>
  <w:num w:numId="3" w16cid:durableId="1184175642">
    <w:abstractNumId w:val="5"/>
  </w:num>
  <w:num w:numId="4" w16cid:durableId="664672760">
    <w:abstractNumId w:val="4"/>
  </w:num>
  <w:num w:numId="5" w16cid:durableId="1648051933">
    <w:abstractNumId w:val="7"/>
  </w:num>
  <w:num w:numId="6" w16cid:durableId="1256284677">
    <w:abstractNumId w:val="3"/>
  </w:num>
  <w:num w:numId="7" w16cid:durableId="1118450365">
    <w:abstractNumId w:val="2"/>
  </w:num>
  <w:num w:numId="8" w16cid:durableId="1326592614">
    <w:abstractNumId w:val="1"/>
  </w:num>
  <w:num w:numId="9" w16cid:durableId="1407653212">
    <w:abstractNumId w:val="0"/>
  </w:num>
  <w:num w:numId="10" w16cid:durableId="645165088">
    <w:abstractNumId w:val="10"/>
  </w:num>
  <w:num w:numId="11" w16cid:durableId="1055590460">
    <w:abstractNumId w:val="15"/>
  </w:num>
  <w:num w:numId="12" w16cid:durableId="468666420">
    <w:abstractNumId w:val="9"/>
  </w:num>
  <w:num w:numId="13" w16cid:durableId="1220556857">
    <w:abstractNumId w:val="12"/>
  </w:num>
  <w:num w:numId="14" w16cid:durableId="621033225">
    <w:abstractNumId w:val="11"/>
  </w:num>
  <w:num w:numId="15" w16cid:durableId="1921062748">
    <w:abstractNumId w:val="14"/>
  </w:num>
  <w:num w:numId="16" w16cid:durableId="1948144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559"/>
    <w:rsid w:val="00005DF5"/>
    <w:rsid w:val="00034616"/>
    <w:rsid w:val="00057B46"/>
    <w:rsid w:val="0006063C"/>
    <w:rsid w:val="00075683"/>
    <w:rsid w:val="00096A6A"/>
    <w:rsid w:val="000A0AA3"/>
    <w:rsid w:val="000B414C"/>
    <w:rsid w:val="000E31F8"/>
    <w:rsid w:val="000E5051"/>
    <w:rsid w:val="001004C9"/>
    <w:rsid w:val="001333D2"/>
    <w:rsid w:val="0015074B"/>
    <w:rsid w:val="00154B2B"/>
    <w:rsid w:val="00170E64"/>
    <w:rsid w:val="001962CC"/>
    <w:rsid w:val="001C3EFF"/>
    <w:rsid w:val="001D1E85"/>
    <w:rsid w:val="001F4762"/>
    <w:rsid w:val="001F7A96"/>
    <w:rsid w:val="00203E9C"/>
    <w:rsid w:val="0023664F"/>
    <w:rsid w:val="00241A4D"/>
    <w:rsid w:val="00275723"/>
    <w:rsid w:val="0029639D"/>
    <w:rsid w:val="002B76DC"/>
    <w:rsid w:val="002D285B"/>
    <w:rsid w:val="00322FFD"/>
    <w:rsid w:val="00326F90"/>
    <w:rsid w:val="00331364"/>
    <w:rsid w:val="0034214D"/>
    <w:rsid w:val="00345531"/>
    <w:rsid w:val="00352295"/>
    <w:rsid w:val="003760A5"/>
    <w:rsid w:val="003950D2"/>
    <w:rsid w:val="003C2ECE"/>
    <w:rsid w:val="00410A55"/>
    <w:rsid w:val="00423E9C"/>
    <w:rsid w:val="00433BED"/>
    <w:rsid w:val="00440B47"/>
    <w:rsid w:val="00465094"/>
    <w:rsid w:val="004961F3"/>
    <w:rsid w:val="004B1348"/>
    <w:rsid w:val="004B2557"/>
    <w:rsid w:val="004B65D1"/>
    <w:rsid w:val="004D6AC8"/>
    <w:rsid w:val="004E214A"/>
    <w:rsid w:val="004E25F2"/>
    <w:rsid w:val="004E2AA2"/>
    <w:rsid w:val="004F56B1"/>
    <w:rsid w:val="004F7EE4"/>
    <w:rsid w:val="00522ACE"/>
    <w:rsid w:val="00533738"/>
    <w:rsid w:val="00576062"/>
    <w:rsid w:val="005A2034"/>
    <w:rsid w:val="006153B9"/>
    <w:rsid w:val="00647B63"/>
    <w:rsid w:val="00660D1F"/>
    <w:rsid w:val="00684997"/>
    <w:rsid w:val="00696E78"/>
    <w:rsid w:val="006A49D8"/>
    <w:rsid w:val="006B5D7E"/>
    <w:rsid w:val="006C1DBC"/>
    <w:rsid w:val="006E3457"/>
    <w:rsid w:val="00703F65"/>
    <w:rsid w:val="00705BC1"/>
    <w:rsid w:val="00735E8A"/>
    <w:rsid w:val="00745390"/>
    <w:rsid w:val="00745DC8"/>
    <w:rsid w:val="007B0503"/>
    <w:rsid w:val="007B1159"/>
    <w:rsid w:val="007B710C"/>
    <w:rsid w:val="007C0507"/>
    <w:rsid w:val="007D71A7"/>
    <w:rsid w:val="007D745D"/>
    <w:rsid w:val="007E2B86"/>
    <w:rsid w:val="008308A4"/>
    <w:rsid w:val="008550EE"/>
    <w:rsid w:val="00863248"/>
    <w:rsid w:val="009127C0"/>
    <w:rsid w:val="009324F0"/>
    <w:rsid w:val="009739DF"/>
    <w:rsid w:val="009C2CC2"/>
    <w:rsid w:val="009C6AF0"/>
    <w:rsid w:val="009D005E"/>
    <w:rsid w:val="009D57AC"/>
    <w:rsid w:val="00A001DF"/>
    <w:rsid w:val="00A074EF"/>
    <w:rsid w:val="00A11E88"/>
    <w:rsid w:val="00A236D4"/>
    <w:rsid w:val="00A403E4"/>
    <w:rsid w:val="00A406C3"/>
    <w:rsid w:val="00AA1D8D"/>
    <w:rsid w:val="00AE5D8F"/>
    <w:rsid w:val="00AF5708"/>
    <w:rsid w:val="00B23C71"/>
    <w:rsid w:val="00B25BD0"/>
    <w:rsid w:val="00B43082"/>
    <w:rsid w:val="00B458FE"/>
    <w:rsid w:val="00B47730"/>
    <w:rsid w:val="00B71F2D"/>
    <w:rsid w:val="00B82ADC"/>
    <w:rsid w:val="00B94A78"/>
    <w:rsid w:val="00B97995"/>
    <w:rsid w:val="00BE72B5"/>
    <w:rsid w:val="00C122CC"/>
    <w:rsid w:val="00C1516F"/>
    <w:rsid w:val="00C5799F"/>
    <w:rsid w:val="00C6165A"/>
    <w:rsid w:val="00C6339D"/>
    <w:rsid w:val="00C71808"/>
    <w:rsid w:val="00C82C8D"/>
    <w:rsid w:val="00C91FC0"/>
    <w:rsid w:val="00CB0664"/>
    <w:rsid w:val="00CB67BF"/>
    <w:rsid w:val="00CC3827"/>
    <w:rsid w:val="00CE23A3"/>
    <w:rsid w:val="00D60935"/>
    <w:rsid w:val="00D61B9A"/>
    <w:rsid w:val="00D7361F"/>
    <w:rsid w:val="00D8658D"/>
    <w:rsid w:val="00D92ED1"/>
    <w:rsid w:val="00DA0EC9"/>
    <w:rsid w:val="00E12D5B"/>
    <w:rsid w:val="00E25DEE"/>
    <w:rsid w:val="00E26F5B"/>
    <w:rsid w:val="00E40F84"/>
    <w:rsid w:val="00E4576E"/>
    <w:rsid w:val="00E53D4C"/>
    <w:rsid w:val="00E5550B"/>
    <w:rsid w:val="00E64D26"/>
    <w:rsid w:val="00E66051"/>
    <w:rsid w:val="00EA0D6C"/>
    <w:rsid w:val="00EB3EA0"/>
    <w:rsid w:val="00ED33E0"/>
    <w:rsid w:val="00ED7193"/>
    <w:rsid w:val="00F01167"/>
    <w:rsid w:val="00F44863"/>
    <w:rsid w:val="00F72254"/>
    <w:rsid w:val="00F808F9"/>
    <w:rsid w:val="00F9425E"/>
    <w:rsid w:val="00FA1144"/>
    <w:rsid w:val="00FA350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48785B"/>
  <w14:defaultImageDpi w14:val="300"/>
  <w15:docId w15:val="{B554C5FA-98C4-4E47-9AFC-2135AE5DD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1F476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47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1279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Jean-Noel Robert</cp:lastModifiedBy>
  <cp:revision>2</cp:revision>
  <dcterms:created xsi:type="dcterms:W3CDTF">2026-08-31T15:48:00Z</dcterms:created>
  <dcterms:modified xsi:type="dcterms:W3CDTF">2026-08-31T15:48:00Z</dcterms:modified>
  <cp:category/>
</cp:coreProperties>
</file>