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052F1" w14:textId="77777777" w:rsidR="002B76DC" w:rsidRPr="00E53D4C" w:rsidRDefault="00B97995">
      <w:pPr>
        <w:spacing w:after="40"/>
        <w:jc w:val="center"/>
        <w:rPr>
          <w:lang w:val="fr-FR"/>
        </w:rPr>
      </w:pPr>
      <w:r w:rsidRPr="00E53D4C">
        <w:rPr>
          <w:rFonts w:ascii="Arial" w:hAnsi="Arial"/>
          <w:b/>
          <w:color w:val="003366"/>
          <w:sz w:val="44"/>
          <w:lang w:val="fr-FR"/>
        </w:rPr>
        <w:t>WALFERDANGE RUGBY CLUB</w:t>
      </w:r>
    </w:p>
    <w:p w14:paraId="2EEAC13E" w14:textId="62AC791B" w:rsidR="002B76DC" w:rsidRPr="00E53D4C" w:rsidRDefault="00B97995">
      <w:pPr>
        <w:spacing w:after="360"/>
        <w:jc w:val="center"/>
        <w:rPr>
          <w:lang w:val="fr-FR"/>
        </w:rPr>
      </w:pPr>
      <w:r w:rsidRPr="00E53D4C">
        <w:rPr>
          <w:rFonts w:ascii="Arial" w:hAnsi="Arial"/>
          <w:i/>
          <w:sz w:val="24"/>
          <w:lang w:val="fr-FR"/>
        </w:rPr>
        <w:t xml:space="preserve">Plan d'Entraînement de </w:t>
      </w:r>
      <w:r w:rsidR="003E42A9">
        <w:rPr>
          <w:rFonts w:ascii="Arial" w:hAnsi="Arial"/>
          <w:i/>
          <w:sz w:val="24"/>
          <w:lang w:val="fr-FR"/>
        </w:rPr>
        <w:t>Jeudi 10</w:t>
      </w:r>
      <w:r w:rsidR="00352295">
        <w:rPr>
          <w:rFonts w:ascii="Arial" w:hAnsi="Arial"/>
          <w:i/>
          <w:sz w:val="24"/>
          <w:lang w:val="fr-FR"/>
        </w:rPr>
        <w:t xml:space="preserve"> Septembre 2026</w:t>
      </w:r>
      <w:r w:rsidR="00352295" w:rsidRPr="00E53D4C">
        <w:rPr>
          <w:rFonts w:ascii="Arial" w:hAnsi="Arial"/>
          <w:i/>
          <w:sz w:val="24"/>
          <w:lang w:val="fr-FR"/>
        </w:rPr>
        <w:t xml:space="preserve"> </w:t>
      </w:r>
      <w:r w:rsidRPr="00E53D4C">
        <w:rPr>
          <w:rFonts w:ascii="Arial" w:hAnsi="Arial"/>
          <w:i/>
          <w:sz w:val="24"/>
          <w:lang w:val="fr-FR"/>
        </w:rPr>
        <w:br/>
        <w:t xml:space="preserve">Équipe Senior - Durée : 90 Minutes - Effectif : </w:t>
      </w:r>
      <w:r w:rsidR="003950D2">
        <w:rPr>
          <w:rFonts w:ascii="Arial" w:hAnsi="Arial"/>
          <w:i/>
          <w:sz w:val="24"/>
          <w:lang w:val="fr-FR"/>
        </w:rPr>
        <w:t xml:space="preserve">~ </w:t>
      </w:r>
      <w:r w:rsidR="00EF5B0C">
        <w:rPr>
          <w:rFonts w:ascii="Arial" w:hAnsi="Arial"/>
          <w:i/>
          <w:sz w:val="24"/>
          <w:lang w:val="fr-FR"/>
        </w:rPr>
        <w:t>30</w:t>
      </w:r>
      <w:r w:rsidRPr="00E53D4C">
        <w:rPr>
          <w:rFonts w:ascii="Arial" w:hAnsi="Arial"/>
          <w:i/>
          <w:sz w:val="24"/>
          <w:lang w:val="fr-FR"/>
        </w:rPr>
        <w:t xml:space="preserve"> joueurs</w:t>
      </w:r>
    </w:p>
    <w:p w14:paraId="66DA1D8F" w14:textId="77777777" w:rsidR="00EF5B0C" w:rsidRDefault="00EF5B0C" w:rsidP="00AA6E08">
      <w:pPr>
        <w:spacing w:after="0"/>
        <w:rPr>
          <w:lang w:val="fr-FR"/>
        </w:rPr>
      </w:pPr>
    </w:p>
    <w:p w14:paraId="57293986" w14:textId="77777777" w:rsidR="00543912" w:rsidRPr="00FD2353" w:rsidRDefault="00543912" w:rsidP="00CD73D9">
      <w:pPr>
        <w:spacing w:after="0"/>
        <w:rPr>
          <w:b/>
          <w:bCs/>
          <w:lang w:val="fr-FR"/>
        </w:rPr>
      </w:pPr>
      <w:r w:rsidRPr="00FD2353">
        <w:rPr>
          <w:b/>
          <w:bCs/>
          <w:lang w:val="fr-FR"/>
        </w:rPr>
        <w:t>5 min - Introduction :</w:t>
      </w:r>
    </w:p>
    <w:p w14:paraId="6390B487" w14:textId="0800B8D3" w:rsidR="00543912" w:rsidRDefault="00543912" w:rsidP="00CD73D9">
      <w:pPr>
        <w:spacing w:after="0"/>
        <w:rPr>
          <w:lang w:val="fr-FR"/>
        </w:rPr>
      </w:pPr>
      <w:r w:rsidRPr="00543912">
        <w:rPr>
          <w:lang w:val="fr-FR"/>
        </w:rPr>
        <w:t>- parler d</w:t>
      </w:r>
      <w:r w:rsidR="003E42A9">
        <w:rPr>
          <w:lang w:val="fr-FR"/>
        </w:rPr>
        <w:t xml:space="preserve">u placage </w:t>
      </w:r>
      <w:r w:rsidR="00A91F39">
        <w:rPr>
          <w:lang w:val="fr-FR"/>
        </w:rPr>
        <w:t>vs Mardi dernier. Meme o</w:t>
      </w:r>
      <w:r w:rsidRPr="00543912">
        <w:rPr>
          <w:lang w:val="fr-FR"/>
        </w:rPr>
        <w:t>bjectif: etre "obsédé" par l'idée de la franchir - jouer en avancant en défense ET en attaque .</w:t>
      </w:r>
    </w:p>
    <w:p w14:paraId="253ED6FE" w14:textId="1C486CB9" w:rsidR="00A91F39" w:rsidRPr="00543912" w:rsidRDefault="00A91F39" w:rsidP="00CD73D9">
      <w:pPr>
        <w:spacing w:after="0"/>
        <w:rPr>
          <w:lang w:val="fr-FR"/>
        </w:rPr>
      </w:pPr>
      <w:r>
        <w:rPr>
          <w:lang w:val="fr-FR"/>
        </w:rPr>
        <w:t xml:space="preserve">- </w:t>
      </w:r>
      <w:r w:rsidR="00213AC2">
        <w:rPr>
          <w:lang w:val="fr-FR"/>
        </w:rPr>
        <w:t>Orga collective</w:t>
      </w:r>
    </w:p>
    <w:p w14:paraId="6B5038A8" w14:textId="77777777" w:rsidR="00CD73D9" w:rsidRDefault="00CD73D9" w:rsidP="00CD73D9">
      <w:pPr>
        <w:spacing w:after="0"/>
        <w:rPr>
          <w:lang w:val="fr-FR"/>
        </w:rPr>
      </w:pPr>
    </w:p>
    <w:p w14:paraId="757B6FA8" w14:textId="49B7B487" w:rsidR="00543912" w:rsidRPr="00543912" w:rsidRDefault="00543912" w:rsidP="00CD73D9">
      <w:pPr>
        <w:spacing w:after="0"/>
        <w:rPr>
          <w:lang w:val="fr-FR"/>
        </w:rPr>
      </w:pPr>
      <w:r w:rsidRPr="00FD2353">
        <w:rPr>
          <w:b/>
          <w:bCs/>
          <w:lang w:val="fr-FR"/>
        </w:rPr>
        <w:t>5 min - Echauffement:</w:t>
      </w:r>
      <w:r w:rsidRPr="00543912">
        <w:rPr>
          <w:lang w:val="fr-FR"/>
        </w:rPr>
        <w:t xml:space="preserve"> </w:t>
      </w:r>
      <w:r w:rsidR="00213AC2">
        <w:rPr>
          <w:lang w:val="fr-FR"/>
        </w:rPr>
        <w:t>Course de Bouette et pompes en équipe</w:t>
      </w:r>
      <w:r w:rsidRPr="00543912">
        <w:rPr>
          <w:lang w:val="fr-FR"/>
        </w:rPr>
        <w:t xml:space="preserve">. </w:t>
      </w:r>
    </w:p>
    <w:p w14:paraId="6189937F" w14:textId="77777777" w:rsidR="00CD73D9" w:rsidRDefault="00CD73D9" w:rsidP="00CD73D9">
      <w:pPr>
        <w:spacing w:after="0"/>
        <w:rPr>
          <w:lang w:val="fr-FR"/>
        </w:rPr>
      </w:pPr>
    </w:p>
    <w:p w14:paraId="63571638" w14:textId="2BEA1C08" w:rsidR="00563A01" w:rsidRDefault="00543912" w:rsidP="00CD73D9">
      <w:pPr>
        <w:spacing w:after="0"/>
        <w:rPr>
          <w:lang w:val="fr-FR"/>
        </w:rPr>
      </w:pPr>
      <w:r w:rsidRPr="00FD2353">
        <w:rPr>
          <w:b/>
          <w:bCs/>
          <w:lang w:val="fr-FR"/>
        </w:rPr>
        <w:t>1</w:t>
      </w:r>
      <w:r w:rsidR="008C1391">
        <w:rPr>
          <w:b/>
          <w:bCs/>
          <w:lang w:val="fr-FR"/>
        </w:rPr>
        <w:t>0</w:t>
      </w:r>
      <w:r w:rsidRPr="00FD2353">
        <w:rPr>
          <w:b/>
          <w:bCs/>
          <w:lang w:val="fr-FR"/>
        </w:rPr>
        <w:t xml:space="preserve"> min: Exercice de passes</w:t>
      </w:r>
      <w:r w:rsidRPr="00543912">
        <w:rPr>
          <w:lang w:val="fr-FR"/>
        </w:rPr>
        <w:t xml:space="preserve"> . </w:t>
      </w:r>
      <w:r w:rsidR="00B1531C">
        <w:rPr>
          <w:lang w:val="fr-FR"/>
        </w:rPr>
        <w:t xml:space="preserve"> EN ligne 4 vs 2</w:t>
      </w:r>
      <w:r w:rsidR="009111F5">
        <w:rPr>
          <w:lang w:val="fr-FR"/>
        </w:rPr>
        <w:t xml:space="preserve">, </w:t>
      </w:r>
      <w:r w:rsidR="008C1391">
        <w:rPr>
          <w:lang w:val="fr-FR"/>
        </w:rPr>
        <w:t>2</w:t>
      </w:r>
      <w:r w:rsidR="009111F5">
        <w:rPr>
          <w:lang w:val="fr-FR"/>
        </w:rPr>
        <w:t xml:space="preserve"> lignes de défense</w:t>
      </w:r>
      <w:r w:rsidR="008C1391">
        <w:rPr>
          <w:lang w:val="fr-FR"/>
        </w:rPr>
        <w:t>u</w:t>
      </w:r>
      <w:r w:rsidR="009111F5">
        <w:rPr>
          <w:lang w:val="fr-FR"/>
        </w:rPr>
        <w:t xml:space="preserve">rs </w:t>
      </w:r>
      <w:r w:rsidR="008C1391">
        <w:rPr>
          <w:lang w:val="fr-FR"/>
        </w:rPr>
        <w:t>(passe à droite et à gauche)</w:t>
      </w:r>
      <w:r w:rsidR="006717CE">
        <w:rPr>
          <w:lang w:val="fr-FR"/>
        </w:rPr>
        <w:t xml:space="preserve">. </w:t>
      </w:r>
      <w:r w:rsidR="00553D78">
        <w:rPr>
          <w:lang w:val="fr-FR"/>
        </w:rPr>
        <w:t>C</w:t>
      </w:r>
      <w:r w:rsidR="009111F5">
        <w:rPr>
          <w:lang w:val="fr-FR"/>
        </w:rPr>
        <w:t>ouloir de 5m</w:t>
      </w:r>
      <w:r w:rsidR="00340DE5">
        <w:rPr>
          <w:lang w:val="fr-FR"/>
        </w:rPr>
        <w:t xml:space="preserve"> par A, course droite</w:t>
      </w:r>
      <w:r w:rsidR="00553D78">
        <w:rPr>
          <w:lang w:val="fr-FR"/>
        </w:rPr>
        <w:t> / rentrante</w:t>
      </w:r>
      <w:r w:rsidR="00340DE5">
        <w:rPr>
          <w:lang w:val="fr-FR"/>
        </w:rPr>
        <w:t xml:space="preserve"> et passe</w:t>
      </w:r>
      <w:r w:rsidR="006717CE">
        <w:rPr>
          <w:lang w:val="fr-FR"/>
        </w:rPr>
        <w:t>. D</w:t>
      </w:r>
      <w:r w:rsidR="00FC25F5">
        <w:rPr>
          <w:lang w:val="fr-FR"/>
        </w:rPr>
        <w:t>é</w:t>
      </w:r>
      <w:r w:rsidR="006717CE">
        <w:rPr>
          <w:lang w:val="fr-FR"/>
        </w:rPr>
        <w:t>fenseur seulement entre A1-A2 et A2-A3-A4</w:t>
      </w:r>
      <w:r w:rsidR="00340DE5">
        <w:rPr>
          <w:lang w:val="fr-FR"/>
        </w:rPr>
        <w:t>.</w:t>
      </w:r>
      <w:r w:rsidR="0023754E">
        <w:rPr>
          <w:lang w:val="fr-FR"/>
        </w:rPr>
        <w:t xml:space="preserve"> </w:t>
      </w:r>
      <w:r w:rsidR="003949E0">
        <w:rPr>
          <w:lang w:val="fr-FR"/>
        </w:rPr>
        <w:t>Attaque : Garder ou donner - p</w:t>
      </w:r>
      <w:r w:rsidR="0023754E">
        <w:rPr>
          <w:lang w:val="fr-FR"/>
        </w:rPr>
        <w:t>as de sautée, ni croisée.</w:t>
      </w:r>
      <w:r w:rsidR="009F34A3">
        <w:rPr>
          <w:lang w:val="fr-FR"/>
        </w:rPr>
        <w:br/>
        <w:t>La d</w:t>
      </w:r>
      <w:r w:rsidR="00612CF9">
        <w:rPr>
          <w:lang w:val="fr-FR"/>
        </w:rPr>
        <w:t>é</w:t>
      </w:r>
      <w:r w:rsidR="009F34A3">
        <w:rPr>
          <w:lang w:val="fr-FR"/>
        </w:rPr>
        <w:t>fense monte au départ d</w:t>
      </w:r>
      <w:r w:rsidR="00882C3B">
        <w:rPr>
          <w:lang w:val="fr-FR"/>
        </w:rPr>
        <w:t>e A1</w:t>
      </w:r>
      <w:r w:rsidR="009F34A3">
        <w:rPr>
          <w:lang w:val="fr-FR"/>
        </w:rPr>
        <w:t>.</w:t>
      </w:r>
      <w:r w:rsidR="00E15868">
        <w:rPr>
          <w:lang w:val="fr-FR"/>
        </w:rPr>
        <w:t xml:space="preserve"> Replacement après passage</w:t>
      </w:r>
      <w:r w:rsidR="00664395">
        <w:rPr>
          <w:lang w:val="fr-FR"/>
        </w:rPr>
        <w:t>, prêt pour ligne suivante</w:t>
      </w:r>
      <w:r w:rsidR="00FC25F5">
        <w:rPr>
          <w:lang w:val="fr-FR"/>
        </w:rPr>
        <w:t>.</w:t>
      </w:r>
      <w:r w:rsidR="00E15868">
        <w:rPr>
          <w:lang w:val="fr-FR"/>
        </w:rPr>
        <w:br/>
        <w:t xml:space="preserve">Si </w:t>
      </w:r>
      <w:r w:rsidR="00553D78">
        <w:rPr>
          <w:lang w:val="fr-FR"/>
        </w:rPr>
        <w:t>touché avec la balle : perdu.</w:t>
      </w:r>
    </w:p>
    <w:p w14:paraId="4E781EEB" w14:textId="77777777" w:rsidR="00563A01" w:rsidRDefault="00563A01" w:rsidP="00CD73D9">
      <w:pPr>
        <w:spacing w:after="0"/>
        <w:rPr>
          <w:lang w:val="fr-FR"/>
        </w:rPr>
      </w:pPr>
    </w:p>
    <w:p w14:paraId="2A4E8980" w14:textId="0E73B8E1" w:rsidR="00AE1CBD" w:rsidRDefault="00543912" w:rsidP="00AE1CBD">
      <w:pPr>
        <w:spacing w:after="0"/>
        <w:rPr>
          <w:lang w:val="fr-FR"/>
        </w:rPr>
      </w:pPr>
      <w:r w:rsidRPr="00FD2353">
        <w:rPr>
          <w:b/>
          <w:bCs/>
          <w:lang w:val="fr-FR"/>
        </w:rPr>
        <w:t>1</w:t>
      </w:r>
      <w:r w:rsidR="008C1391">
        <w:rPr>
          <w:b/>
          <w:bCs/>
          <w:lang w:val="fr-FR"/>
        </w:rPr>
        <w:t>5</w:t>
      </w:r>
      <w:r w:rsidRPr="00FD2353">
        <w:rPr>
          <w:b/>
          <w:bCs/>
          <w:lang w:val="fr-FR"/>
        </w:rPr>
        <w:t xml:space="preserve"> min - Exercice de placage / franchissement.</w:t>
      </w:r>
      <w:r w:rsidRPr="00543912">
        <w:rPr>
          <w:lang w:val="fr-FR"/>
        </w:rPr>
        <w:t xml:space="preserve"> 1 vs 1 dans un couloir de 5 m.</w:t>
      </w:r>
      <w:r w:rsidR="00F21D8D">
        <w:rPr>
          <w:lang w:val="fr-FR"/>
        </w:rPr>
        <w:t xml:space="preserve"> Départ du même point, </w:t>
      </w:r>
      <w:r w:rsidR="00420F82">
        <w:rPr>
          <w:lang w:val="fr-FR"/>
        </w:rPr>
        <w:t>course direction opposée</w:t>
      </w:r>
      <w:r w:rsidR="00EB095D">
        <w:rPr>
          <w:lang w:val="fr-FR"/>
        </w:rPr>
        <w:t xml:space="preserve"> </w:t>
      </w:r>
      <w:r w:rsidR="0055243A">
        <w:rPr>
          <w:lang w:val="fr-FR"/>
        </w:rPr>
        <w:t>~3m</w:t>
      </w:r>
      <w:r w:rsidR="00420F82">
        <w:rPr>
          <w:lang w:val="fr-FR"/>
        </w:rPr>
        <w:t xml:space="preserve">, </w:t>
      </w:r>
      <w:r w:rsidR="00F21D8D">
        <w:rPr>
          <w:lang w:val="fr-FR"/>
        </w:rPr>
        <w:t>contourner un plot</w:t>
      </w:r>
      <w:r w:rsidR="00420F82">
        <w:rPr>
          <w:lang w:val="fr-FR"/>
        </w:rPr>
        <w:t>, 1vs 1. Marquer ou plaquer.</w:t>
      </w:r>
      <w:r w:rsidR="0032338E">
        <w:rPr>
          <w:lang w:val="fr-FR"/>
        </w:rPr>
        <w:t xml:space="preserve"> </w:t>
      </w:r>
      <w:r w:rsidR="00396F69">
        <w:rPr>
          <w:lang w:val="fr-FR"/>
        </w:rPr>
        <w:t>3 groupes</w:t>
      </w:r>
      <w:r w:rsidR="00396F69">
        <w:rPr>
          <w:lang w:val="fr-FR"/>
        </w:rPr>
        <w:t xml:space="preserve"> </w:t>
      </w:r>
      <w:r w:rsidR="0032338E">
        <w:rPr>
          <w:lang w:val="fr-FR"/>
        </w:rPr>
        <w:t xml:space="preserve"> 1</w:t>
      </w:r>
      <w:r w:rsidR="0032338E" w:rsidRPr="0032338E">
        <w:rPr>
          <w:vertAlign w:val="superscript"/>
          <w:lang w:val="fr-FR"/>
        </w:rPr>
        <w:t>er</w:t>
      </w:r>
      <w:r w:rsidR="00433457">
        <w:rPr>
          <w:lang w:val="fr-FR"/>
        </w:rPr>
        <w:t>+</w:t>
      </w:r>
      <w:r w:rsidR="0032338E">
        <w:rPr>
          <w:lang w:val="fr-FR"/>
        </w:rPr>
        <w:t>2me lignes, 3me ligne</w:t>
      </w:r>
      <w:r w:rsidR="0055243A">
        <w:rPr>
          <w:lang w:val="fr-FR"/>
        </w:rPr>
        <w:t>s+</w:t>
      </w:r>
      <w:r w:rsidR="0032338E">
        <w:rPr>
          <w:lang w:val="fr-FR"/>
        </w:rPr>
        <w:t>centres ; Demis</w:t>
      </w:r>
      <w:r w:rsidR="0055243A">
        <w:rPr>
          <w:lang w:val="fr-FR"/>
        </w:rPr>
        <w:t>+</w:t>
      </w:r>
      <w:r w:rsidR="0032338E">
        <w:rPr>
          <w:lang w:val="fr-FR"/>
        </w:rPr>
        <w:t>Ailiers</w:t>
      </w:r>
      <w:r w:rsidR="00433457">
        <w:rPr>
          <w:lang w:val="fr-FR"/>
        </w:rPr>
        <w:t>+</w:t>
      </w:r>
      <w:r w:rsidR="0032338E">
        <w:rPr>
          <w:lang w:val="fr-FR"/>
        </w:rPr>
        <w:t>Arrieres.</w:t>
      </w:r>
      <w:r w:rsidRPr="00543912">
        <w:rPr>
          <w:lang w:val="fr-FR"/>
        </w:rPr>
        <w:t xml:space="preserve"> </w:t>
      </w:r>
      <w:r w:rsidR="00396F69">
        <w:rPr>
          <w:lang w:val="fr-FR"/>
        </w:rPr>
        <w:t xml:space="preserve"> </w:t>
      </w:r>
    </w:p>
    <w:p w14:paraId="2BAF46C6" w14:textId="10D72FB9" w:rsidR="00543912" w:rsidRPr="00543912" w:rsidRDefault="00543912" w:rsidP="00433457">
      <w:pPr>
        <w:spacing w:after="0"/>
        <w:rPr>
          <w:lang w:val="fr-FR"/>
        </w:rPr>
      </w:pPr>
      <w:r w:rsidRPr="00543912">
        <w:rPr>
          <w:lang w:val="fr-FR"/>
        </w:rPr>
        <w:t>- pour le défense; placage sous le sternum. Montée, impact, serrer, Emporter loin. rebondir sur ses pieds.</w:t>
      </w:r>
    </w:p>
    <w:p w14:paraId="7E3ADFD6" w14:textId="23245612" w:rsidR="00543912" w:rsidRDefault="00543912" w:rsidP="00433457">
      <w:pPr>
        <w:spacing w:after="0"/>
        <w:rPr>
          <w:lang w:val="fr-FR"/>
        </w:rPr>
      </w:pPr>
      <w:r w:rsidRPr="00543912">
        <w:rPr>
          <w:lang w:val="fr-FR"/>
        </w:rPr>
        <w:t>- pour l'attaque: 2 mains sur le ballon, ABC (déplacer le défenseur) choisir un coté. Placer le ballon du coté choisi, utiliser l'autre main pour s'appuyer sur le defenseur.</w:t>
      </w:r>
    </w:p>
    <w:p w14:paraId="1BE75CA3" w14:textId="77777777" w:rsidR="00543912" w:rsidRPr="00543912" w:rsidRDefault="00543912" w:rsidP="00CD73D9">
      <w:pPr>
        <w:spacing w:after="0"/>
        <w:rPr>
          <w:lang w:val="fr-FR"/>
        </w:rPr>
      </w:pPr>
    </w:p>
    <w:p w14:paraId="15D99084" w14:textId="77777777" w:rsidR="00543912" w:rsidRPr="00FD2353" w:rsidRDefault="00543912" w:rsidP="00CD73D9">
      <w:pPr>
        <w:spacing w:after="0"/>
        <w:rPr>
          <w:b/>
          <w:bCs/>
          <w:lang w:val="fr-FR"/>
        </w:rPr>
      </w:pPr>
      <w:r w:rsidRPr="00FD2353">
        <w:rPr>
          <w:b/>
          <w:bCs/>
          <w:lang w:val="fr-FR"/>
        </w:rPr>
        <w:t>30 min - Séparer avants  - 3/4</w:t>
      </w:r>
    </w:p>
    <w:p w14:paraId="5689CD60" w14:textId="411EC485" w:rsidR="00543912" w:rsidRDefault="00543912" w:rsidP="00CD73D9">
      <w:pPr>
        <w:spacing w:after="0"/>
        <w:rPr>
          <w:lang w:val="fr-FR"/>
        </w:rPr>
      </w:pPr>
      <w:r w:rsidRPr="00543912">
        <w:rPr>
          <w:lang w:val="fr-FR"/>
        </w:rPr>
        <w:t>- Pour les avants : coordination de mêlée</w:t>
      </w:r>
      <w:r w:rsidR="00473400">
        <w:rPr>
          <w:lang w:val="fr-FR"/>
        </w:rPr>
        <w:t>s</w:t>
      </w:r>
      <w:r w:rsidRPr="00543912">
        <w:rPr>
          <w:lang w:val="fr-FR"/>
        </w:rPr>
        <w:t xml:space="preserve"> et touches. Objectif d’exécution rapide et sortie rapide des ballons</w:t>
      </w:r>
      <w:r w:rsidR="00600884">
        <w:rPr>
          <w:lang w:val="fr-FR"/>
        </w:rPr>
        <w:t>.Présenttaion au tableau.</w:t>
      </w:r>
    </w:p>
    <w:p w14:paraId="236E3D66" w14:textId="1CEFAC11" w:rsidR="00543912" w:rsidRPr="00543912" w:rsidRDefault="00543912" w:rsidP="00CD73D9">
      <w:pPr>
        <w:spacing w:after="0"/>
        <w:rPr>
          <w:lang w:val="fr-FR"/>
        </w:rPr>
      </w:pPr>
      <w:r w:rsidRPr="00543912">
        <w:rPr>
          <w:lang w:val="fr-FR"/>
        </w:rPr>
        <w:t>- Pour les trois quarts:</w:t>
      </w:r>
      <w:r w:rsidR="00600884">
        <w:rPr>
          <w:lang w:val="fr-FR"/>
        </w:rPr>
        <w:t xml:space="preserve"> </w:t>
      </w:r>
      <w:r w:rsidRPr="00543912">
        <w:rPr>
          <w:lang w:val="fr-FR"/>
        </w:rPr>
        <w:t>Combinaisons autour du 12, avec Ailier petit coté et Arriere convergeants de part et d'autre du 12 - passe ou  coup de pied rasant. Réorganisation en fonction des choix faits.</w:t>
      </w:r>
    </w:p>
    <w:p w14:paraId="57364A18" w14:textId="009EAA70" w:rsidR="00543912" w:rsidRPr="00543912" w:rsidRDefault="00543912" w:rsidP="00CD73D9">
      <w:pPr>
        <w:spacing w:after="0"/>
        <w:rPr>
          <w:lang w:val="fr-FR"/>
        </w:rPr>
      </w:pPr>
    </w:p>
    <w:p w14:paraId="58C564F7" w14:textId="77777777" w:rsidR="00543912" w:rsidRPr="00543912" w:rsidRDefault="00543912" w:rsidP="00CD73D9">
      <w:pPr>
        <w:spacing w:after="0"/>
        <w:rPr>
          <w:lang w:val="fr-FR"/>
        </w:rPr>
      </w:pPr>
    </w:p>
    <w:p w14:paraId="2283A1AF" w14:textId="77777777" w:rsidR="006E5F3A" w:rsidRDefault="00543912" w:rsidP="00CD73D9">
      <w:pPr>
        <w:spacing w:after="0"/>
        <w:rPr>
          <w:lang w:val="fr-FR"/>
        </w:rPr>
      </w:pPr>
      <w:r w:rsidRPr="006E5F3A">
        <w:rPr>
          <w:b/>
          <w:bCs/>
          <w:lang w:val="fr-FR"/>
        </w:rPr>
        <w:t>30 min - Jeu dirigé avec opposition avec mise en place du plan de jeu</w:t>
      </w:r>
    </w:p>
    <w:p w14:paraId="56C444BF" w14:textId="77777777" w:rsidR="006E5F3A" w:rsidRDefault="00543912" w:rsidP="00CD73D9">
      <w:pPr>
        <w:spacing w:after="0"/>
        <w:rPr>
          <w:lang w:val="fr-FR"/>
        </w:rPr>
      </w:pPr>
      <w:r w:rsidRPr="00543912">
        <w:rPr>
          <w:lang w:val="fr-FR"/>
        </w:rPr>
        <w:t xml:space="preserve">P&amp;G, pod, jeu après le 12, jeu dans la défense. </w:t>
      </w:r>
      <w:r w:rsidR="006E5F3A">
        <w:rPr>
          <w:lang w:val="fr-FR"/>
        </w:rPr>
        <w:t>R</w:t>
      </w:r>
      <w:r w:rsidRPr="00543912">
        <w:rPr>
          <w:lang w:val="fr-FR"/>
        </w:rPr>
        <w:t>éorganisation.</w:t>
      </w:r>
    </w:p>
    <w:p w14:paraId="0CAA7C3A" w14:textId="77777777" w:rsidR="006E5F3A" w:rsidRDefault="00543912" w:rsidP="00CD73D9">
      <w:pPr>
        <w:spacing w:after="0"/>
        <w:rPr>
          <w:lang w:val="fr-FR"/>
        </w:rPr>
      </w:pPr>
      <w:r w:rsidRPr="00543912">
        <w:rPr>
          <w:lang w:val="fr-FR"/>
        </w:rPr>
        <w:t>Pass</w:t>
      </w:r>
      <w:r w:rsidR="006E5F3A">
        <w:rPr>
          <w:lang w:val="fr-FR"/>
        </w:rPr>
        <w:t>age</w:t>
      </w:r>
      <w:r w:rsidRPr="00543912">
        <w:rPr>
          <w:lang w:val="fr-FR"/>
        </w:rPr>
        <w:t xml:space="preserve"> progressif sur jeu complet ( bouclier dans un </w:t>
      </w:r>
      <w:r w:rsidR="006E5F3A">
        <w:rPr>
          <w:lang w:val="fr-FR"/>
        </w:rPr>
        <w:t>1re</w:t>
      </w:r>
      <w:r w:rsidRPr="00543912">
        <w:rPr>
          <w:lang w:val="fr-FR"/>
        </w:rPr>
        <w:t xml:space="preserve"> temps, puis placage).</w:t>
      </w:r>
    </w:p>
    <w:p w14:paraId="75F9A7B0" w14:textId="373879EE" w:rsidR="009D0394" w:rsidRDefault="00543912" w:rsidP="00CD73D9">
      <w:pPr>
        <w:spacing w:after="0"/>
        <w:rPr>
          <w:lang w:val="fr-FR"/>
        </w:rPr>
      </w:pPr>
      <w:r w:rsidRPr="00543912">
        <w:rPr>
          <w:lang w:val="fr-FR"/>
        </w:rPr>
        <w:t>Départ: coup d'envois, renvois au 22, pénalité, touches, et melées.</w:t>
      </w:r>
      <w:r w:rsidR="009D0394">
        <w:rPr>
          <w:lang w:val="fr-FR"/>
        </w:rPr>
        <w:br w:type="page"/>
      </w:r>
    </w:p>
    <w:p w14:paraId="386C88AD" w14:textId="77777777" w:rsidR="0041485F" w:rsidRPr="00E53D4C" w:rsidRDefault="0041485F" w:rsidP="00953F61">
      <w:pPr>
        <w:spacing w:after="0"/>
        <w:ind w:firstLine="720"/>
        <w:rPr>
          <w:lang w:val="fr-FR"/>
        </w:rPr>
      </w:pPr>
    </w:p>
    <w:p w14:paraId="52ED72C8" w14:textId="6B8D1F9C" w:rsidR="00FA1144" w:rsidRDefault="00FA1144" w:rsidP="00473400">
      <w:pPr>
        <w:keepNext/>
        <w:spacing w:before="240" w:after="80"/>
        <w:rPr>
          <w:rFonts w:ascii="Arial" w:hAnsi="Arial"/>
          <w:b/>
          <w:color w:val="003366"/>
          <w:sz w:val="32"/>
          <w:lang w:val="fr-FR"/>
        </w:rPr>
      </w:pPr>
    </w:p>
    <w:p w14:paraId="1E9AEE0A" w14:textId="77777777" w:rsidR="00473400" w:rsidRDefault="00DA216C">
      <w:pPr>
        <w:keepNext/>
        <w:spacing w:before="240" w:after="80"/>
        <w:rPr>
          <w:rFonts w:ascii="Arial" w:hAnsi="Arial"/>
          <w:b/>
          <w:color w:val="003366"/>
          <w:sz w:val="32"/>
          <w:lang w:val="fr-FR"/>
        </w:rPr>
      </w:pPr>
      <w:r>
        <w:rPr>
          <w:rFonts w:ascii="Arial" w:hAnsi="Arial"/>
          <w:b/>
          <w:color w:val="003366"/>
          <w:sz w:val="32"/>
          <w:lang w:val="fr-FR"/>
        </w:rPr>
        <w:t xml:space="preserve">Intro : </w:t>
      </w:r>
    </w:p>
    <w:p w14:paraId="618FFE65" w14:textId="77777777" w:rsidR="00473400" w:rsidRDefault="00FA1144" w:rsidP="00473400">
      <w:pPr>
        <w:pStyle w:val="ListParagraph"/>
        <w:keepNext/>
        <w:numPr>
          <w:ilvl w:val="0"/>
          <w:numId w:val="19"/>
        </w:numPr>
        <w:spacing w:before="240" w:after="80"/>
        <w:rPr>
          <w:rFonts w:ascii="Arial" w:hAnsi="Arial"/>
          <w:b/>
          <w:color w:val="003366"/>
          <w:sz w:val="32"/>
          <w:lang w:val="fr-FR"/>
        </w:rPr>
      </w:pPr>
      <w:r w:rsidRPr="00473400">
        <w:rPr>
          <w:rFonts w:ascii="Arial" w:hAnsi="Arial"/>
          <w:b/>
          <w:color w:val="003366"/>
          <w:sz w:val="32"/>
          <w:lang w:val="fr-FR"/>
        </w:rPr>
        <w:t>Welcome des nouveaux joueurs.</w:t>
      </w:r>
    </w:p>
    <w:p w14:paraId="0930AB96" w14:textId="361A6368" w:rsidR="00473400" w:rsidRDefault="00473400" w:rsidP="00473400">
      <w:pPr>
        <w:pStyle w:val="ListParagraph"/>
        <w:keepNext/>
        <w:numPr>
          <w:ilvl w:val="0"/>
          <w:numId w:val="19"/>
        </w:numPr>
        <w:spacing w:before="240" w:after="80"/>
        <w:rPr>
          <w:rFonts w:ascii="Arial" w:hAnsi="Arial"/>
          <w:b/>
          <w:color w:val="003366"/>
          <w:sz w:val="32"/>
          <w:lang w:val="fr-FR"/>
        </w:rPr>
      </w:pPr>
      <w:r>
        <w:rPr>
          <w:rFonts w:ascii="Arial" w:hAnsi="Arial"/>
          <w:b/>
          <w:color w:val="003366"/>
          <w:sz w:val="32"/>
          <w:lang w:val="fr-FR"/>
        </w:rPr>
        <w:t>Programme session</w:t>
      </w:r>
    </w:p>
    <w:p w14:paraId="02418920" w14:textId="485D5938" w:rsidR="004521EA" w:rsidRDefault="003E42A9" w:rsidP="00473400">
      <w:pPr>
        <w:pStyle w:val="ListParagraph"/>
        <w:keepNext/>
        <w:numPr>
          <w:ilvl w:val="0"/>
          <w:numId w:val="19"/>
        </w:numPr>
        <w:spacing w:before="240" w:after="80"/>
        <w:rPr>
          <w:rFonts w:ascii="Arial" w:hAnsi="Arial"/>
          <w:b/>
          <w:color w:val="003366"/>
          <w:sz w:val="32"/>
          <w:lang w:val="fr-FR"/>
        </w:rPr>
      </w:pPr>
      <w:r>
        <w:rPr>
          <w:rFonts w:ascii="Arial" w:hAnsi="Arial"/>
          <w:b/>
          <w:color w:val="003366"/>
          <w:sz w:val="32"/>
          <w:lang w:val="fr-FR"/>
        </w:rPr>
        <w:t xml:space="preserve">Placage - </w:t>
      </w:r>
      <w:r w:rsidR="004521EA">
        <w:rPr>
          <w:rFonts w:ascii="Arial" w:hAnsi="Arial"/>
          <w:b/>
          <w:color w:val="003366"/>
          <w:sz w:val="32"/>
          <w:lang w:val="fr-FR"/>
        </w:rPr>
        <w:t>Ligne d’avantage</w:t>
      </w:r>
    </w:p>
    <w:p w14:paraId="6CBDE431" w14:textId="77777777" w:rsidR="002F37AB" w:rsidRPr="002F37AB" w:rsidRDefault="002F37AB" w:rsidP="002F37AB">
      <w:pPr>
        <w:keepNext/>
        <w:spacing w:before="240" w:after="80"/>
        <w:rPr>
          <w:rFonts w:ascii="Arial" w:hAnsi="Arial"/>
          <w:b/>
          <w:color w:val="003366"/>
          <w:sz w:val="32"/>
          <w:lang w:val="fr-FR"/>
        </w:rPr>
      </w:pPr>
    </w:p>
    <w:p w14:paraId="3E059A15" w14:textId="77777777" w:rsidR="00473400" w:rsidRDefault="00DA216C" w:rsidP="00EF5B0C">
      <w:pPr>
        <w:keepNext/>
        <w:spacing w:before="240" w:after="80"/>
        <w:rPr>
          <w:rFonts w:ascii="Arial" w:hAnsi="Arial"/>
          <w:b/>
          <w:color w:val="003366"/>
          <w:sz w:val="32"/>
          <w:lang w:val="fr-FR"/>
        </w:rPr>
      </w:pPr>
      <w:r w:rsidRPr="004376F5">
        <w:rPr>
          <w:rFonts w:ascii="Arial" w:hAnsi="Arial"/>
          <w:b/>
          <w:color w:val="003366"/>
          <w:sz w:val="32"/>
          <w:lang w:val="fr-FR"/>
        </w:rPr>
        <w:t>C</w:t>
      </w:r>
      <w:r w:rsidR="00FA1144" w:rsidRPr="004376F5">
        <w:rPr>
          <w:rFonts w:ascii="Arial" w:hAnsi="Arial"/>
          <w:b/>
          <w:color w:val="003366"/>
          <w:sz w:val="32"/>
          <w:lang w:val="fr-FR"/>
        </w:rPr>
        <w:t>losing :</w:t>
      </w:r>
    </w:p>
    <w:p w14:paraId="403BBEEE" w14:textId="77777777" w:rsidR="00473400" w:rsidRDefault="000C1410" w:rsidP="00473400">
      <w:pPr>
        <w:pStyle w:val="ListParagraph"/>
        <w:keepNext/>
        <w:numPr>
          <w:ilvl w:val="0"/>
          <w:numId w:val="19"/>
        </w:numPr>
        <w:spacing w:before="240" w:after="80"/>
        <w:rPr>
          <w:rFonts w:ascii="Arial" w:hAnsi="Arial"/>
          <w:b/>
          <w:color w:val="003366"/>
          <w:sz w:val="32"/>
          <w:lang w:val="fr-FR"/>
        </w:rPr>
      </w:pPr>
      <w:r w:rsidRPr="00473400">
        <w:rPr>
          <w:rFonts w:ascii="Arial" w:hAnsi="Arial"/>
          <w:b/>
          <w:color w:val="003366"/>
          <w:sz w:val="32"/>
          <w:lang w:val="fr-FR"/>
        </w:rPr>
        <w:t>Souligner les points positifs</w:t>
      </w:r>
    </w:p>
    <w:p w14:paraId="6D0DE358" w14:textId="17AB658F" w:rsidR="00473400" w:rsidRDefault="00473400" w:rsidP="00473400">
      <w:pPr>
        <w:pStyle w:val="ListParagraph"/>
        <w:keepNext/>
        <w:numPr>
          <w:ilvl w:val="0"/>
          <w:numId w:val="19"/>
        </w:numPr>
        <w:spacing w:before="240" w:after="80"/>
        <w:rPr>
          <w:rFonts w:ascii="Arial" w:hAnsi="Arial"/>
          <w:b/>
          <w:color w:val="003366"/>
          <w:sz w:val="32"/>
          <w:lang w:val="fr-FR"/>
        </w:rPr>
      </w:pPr>
      <w:r>
        <w:rPr>
          <w:rFonts w:ascii="Arial" w:hAnsi="Arial"/>
          <w:b/>
          <w:color w:val="003366"/>
          <w:sz w:val="32"/>
          <w:lang w:val="fr-FR"/>
        </w:rPr>
        <w:t>Entrainement contr</w:t>
      </w:r>
      <w:r w:rsidR="004521EA">
        <w:rPr>
          <w:rFonts w:ascii="Arial" w:hAnsi="Arial"/>
          <w:b/>
          <w:color w:val="003366"/>
          <w:sz w:val="32"/>
          <w:lang w:val="fr-FR"/>
        </w:rPr>
        <w:t>e</w:t>
      </w:r>
      <w:r>
        <w:rPr>
          <w:rFonts w:ascii="Arial" w:hAnsi="Arial"/>
          <w:b/>
          <w:color w:val="003366"/>
          <w:sz w:val="32"/>
          <w:lang w:val="fr-FR"/>
        </w:rPr>
        <w:t xml:space="preserve"> Tyg</w:t>
      </w:r>
      <w:r w:rsidR="004521EA">
        <w:rPr>
          <w:rFonts w:ascii="Arial" w:hAnsi="Arial"/>
          <w:b/>
          <w:color w:val="003366"/>
          <w:sz w:val="32"/>
          <w:lang w:val="fr-FR"/>
        </w:rPr>
        <w:t>r</w:t>
      </w:r>
      <w:r>
        <w:rPr>
          <w:rFonts w:ascii="Arial" w:hAnsi="Arial"/>
          <w:b/>
          <w:color w:val="003366"/>
          <w:sz w:val="32"/>
          <w:lang w:val="fr-FR"/>
        </w:rPr>
        <w:t>e le vendredi 1</w:t>
      </w:r>
      <w:r w:rsidR="004521EA">
        <w:rPr>
          <w:rFonts w:ascii="Arial" w:hAnsi="Arial"/>
          <w:b/>
          <w:color w:val="003366"/>
          <w:sz w:val="32"/>
          <w:lang w:val="fr-FR"/>
        </w:rPr>
        <w:t>8 ?</w:t>
      </w:r>
    </w:p>
    <w:p w14:paraId="4F188ECC" w14:textId="77777777" w:rsidR="00473400" w:rsidRPr="00473400" w:rsidRDefault="00473400" w:rsidP="00473400">
      <w:pPr>
        <w:pStyle w:val="ListParagraph"/>
        <w:keepNext/>
        <w:numPr>
          <w:ilvl w:val="0"/>
          <w:numId w:val="19"/>
        </w:numPr>
        <w:spacing w:before="240" w:after="80"/>
        <w:rPr>
          <w:rFonts w:ascii="Arial" w:hAnsi="Arial"/>
          <w:b/>
          <w:color w:val="003366"/>
          <w:sz w:val="32"/>
          <w:lang w:val="fr-FR"/>
        </w:rPr>
      </w:pPr>
      <w:r w:rsidRPr="00473400">
        <w:rPr>
          <w:rFonts w:ascii="Arial" w:hAnsi="Arial"/>
          <w:b/>
          <w:color w:val="003366"/>
          <w:sz w:val="32"/>
          <w:lang w:val="fr-FR"/>
        </w:rPr>
        <w:t>Programme prepa physique en cours d’orga (en plus des entrainements)</w:t>
      </w:r>
    </w:p>
    <w:p w14:paraId="7D97C612" w14:textId="60483F02" w:rsidR="002B76DC" w:rsidRPr="000A3CD0" w:rsidRDefault="002B76DC" w:rsidP="000A3CD0">
      <w:pPr>
        <w:keepNext/>
        <w:spacing w:before="240" w:after="80"/>
        <w:rPr>
          <w:rFonts w:ascii="Arial" w:hAnsi="Arial"/>
          <w:b/>
          <w:color w:val="003366"/>
          <w:sz w:val="32"/>
          <w:lang w:val="fr-FR"/>
        </w:rPr>
      </w:pPr>
    </w:p>
    <w:sectPr w:rsidR="002B76DC" w:rsidRPr="000A3CD0" w:rsidSect="00A86698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8E7363"/>
    <w:multiLevelType w:val="multilevel"/>
    <w:tmpl w:val="C1F21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82201C"/>
    <w:multiLevelType w:val="multilevel"/>
    <w:tmpl w:val="38883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520425"/>
    <w:multiLevelType w:val="multilevel"/>
    <w:tmpl w:val="6AF25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C93310"/>
    <w:multiLevelType w:val="multilevel"/>
    <w:tmpl w:val="6E704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697D3F"/>
    <w:multiLevelType w:val="hybridMultilevel"/>
    <w:tmpl w:val="48DA2798"/>
    <w:lvl w:ilvl="0" w:tplc="6D6EB564">
      <w:start w:val="35"/>
      <w:numFmt w:val="decimal"/>
      <w:lvlText w:val="%1"/>
      <w:lvlJc w:val="left"/>
      <w:pPr>
        <w:ind w:left="720" w:hanging="360"/>
      </w:pPr>
      <w:rPr>
        <w:rFonts w:ascii="Arial" w:hAnsi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65324A"/>
    <w:multiLevelType w:val="hybridMultilevel"/>
    <w:tmpl w:val="56CC50C4"/>
    <w:lvl w:ilvl="0" w:tplc="9BD01C34">
      <w:start w:val="3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FF0E34"/>
    <w:multiLevelType w:val="hybridMultilevel"/>
    <w:tmpl w:val="CC7A0E48"/>
    <w:lvl w:ilvl="0" w:tplc="29A03C90">
      <w:start w:val="2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C871CE"/>
    <w:multiLevelType w:val="hybridMultilevel"/>
    <w:tmpl w:val="3E48E4C0"/>
    <w:lvl w:ilvl="0" w:tplc="75A47328">
      <w:start w:val="3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3F1DB4"/>
    <w:multiLevelType w:val="hybridMultilevel"/>
    <w:tmpl w:val="15BA04D4"/>
    <w:lvl w:ilvl="0" w:tplc="91C83E30">
      <w:start w:val="2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782764"/>
    <w:multiLevelType w:val="multilevel"/>
    <w:tmpl w:val="CBA4F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8339245">
    <w:abstractNumId w:val="8"/>
  </w:num>
  <w:num w:numId="2" w16cid:durableId="221527713">
    <w:abstractNumId w:val="6"/>
  </w:num>
  <w:num w:numId="3" w16cid:durableId="1184175642">
    <w:abstractNumId w:val="5"/>
  </w:num>
  <w:num w:numId="4" w16cid:durableId="664672760">
    <w:abstractNumId w:val="4"/>
  </w:num>
  <w:num w:numId="5" w16cid:durableId="1648051933">
    <w:abstractNumId w:val="7"/>
  </w:num>
  <w:num w:numId="6" w16cid:durableId="1256284677">
    <w:abstractNumId w:val="3"/>
  </w:num>
  <w:num w:numId="7" w16cid:durableId="1118450365">
    <w:abstractNumId w:val="2"/>
  </w:num>
  <w:num w:numId="8" w16cid:durableId="1326592614">
    <w:abstractNumId w:val="1"/>
  </w:num>
  <w:num w:numId="9" w16cid:durableId="1407653212">
    <w:abstractNumId w:val="0"/>
  </w:num>
  <w:num w:numId="10" w16cid:durableId="645165088">
    <w:abstractNumId w:val="10"/>
  </w:num>
  <w:num w:numId="11" w16cid:durableId="1055590460">
    <w:abstractNumId w:val="18"/>
  </w:num>
  <w:num w:numId="12" w16cid:durableId="468666420">
    <w:abstractNumId w:val="9"/>
  </w:num>
  <w:num w:numId="13" w16cid:durableId="1220556857">
    <w:abstractNumId w:val="12"/>
  </w:num>
  <w:num w:numId="14" w16cid:durableId="621033225">
    <w:abstractNumId w:val="11"/>
  </w:num>
  <w:num w:numId="15" w16cid:durableId="1921062748">
    <w:abstractNumId w:val="17"/>
  </w:num>
  <w:num w:numId="16" w16cid:durableId="19481444">
    <w:abstractNumId w:val="15"/>
  </w:num>
  <w:num w:numId="17" w16cid:durableId="684285209">
    <w:abstractNumId w:val="14"/>
  </w:num>
  <w:num w:numId="18" w16cid:durableId="518661643">
    <w:abstractNumId w:val="13"/>
  </w:num>
  <w:num w:numId="19" w16cid:durableId="199671746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559"/>
    <w:rsid w:val="00005DF5"/>
    <w:rsid w:val="00034616"/>
    <w:rsid w:val="00050A44"/>
    <w:rsid w:val="00057B46"/>
    <w:rsid w:val="0006063C"/>
    <w:rsid w:val="00063F2A"/>
    <w:rsid w:val="00075683"/>
    <w:rsid w:val="000804A3"/>
    <w:rsid w:val="00096A6A"/>
    <w:rsid w:val="000A0AA3"/>
    <w:rsid w:val="000A3CD0"/>
    <w:rsid w:val="000B414C"/>
    <w:rsid w:val="000C1410"/>
    <w:rsid w:val="000C28A9"/>
    <w:rsid w:val="000D1A25"/>
    <w:rsid w:val="000D44F4"/>
    <w:rsid w:val="000E31F8"/>
    <w:rsid w:val="000E5051"/>
    <w:rsid w:val="000E7994"/>
    <w:rsid w:val="001004C9"/>
    <w:rsid w:val="001333D2"/>
    <w:rsid w:val="0015074B"/>
    <w:rsid w:val="00154B2B"/>
    <w:rsid w:val="00161007"/>
    <w:rsid w:val="00170E64"/>
    <w:rsid w:val="001962CC"/>
    <w:rsid w:val="001A2B1F"/>
    <w:rsid w:val="001A50D5"/>
    <w:rsid w:val="001B2472"/>
    <w:rsid w:val="001C3EFF"/>
    <w:rsid w:val="001D1E85"/>
    <w:rsid w:val="001F1D25"/>
    <w:rsid w:val="001F4762"/>
    <w:rsid w:val="001F6A09"/>
    <w:rsid w:val="001F7A96"/>
    <w:rsid w:val="00203E9C"/>
    <w:rsid w:val="00213AC2"/>
    <w:rsid w:val="002302F2"/>
    <w:rsid w:val="0023664F"/>
    <w:rsid w:val="0023754E"/>
    <w:rsid w:val="00241A4D"/>
    <w:rsid w:val="00262EEC"/>
    <w:rsid w:val="00265ACF"/>
    <w:rsid w:val="00275723"/>
    <w:rsid w:val="0029639D"/>
    <w:rsid w:val="002A414C"/>
    <w:rsid w:val="002B76DC"/>
    <w:rsid w:val="002C5B1F"/>
    <w:rsid w:val="002D285B"/>
    <w:rsid w:val="002F37AB"/>
    <w:rsid w:val="00303713"/>
    <w:rsid w:val="00321606"/>
    <w:rsid w:val="00322FFD"/>
    <w:rsid w:val="0032338E"/>
    <w:rsid w:val="00326F90"/>
    <w:rsid w:val="00331364"/>
    <w:rsid w:val="00340DE5"/>
    <w:rsid w:val="0034214D"/>
    <w:rsid w:val="00345531"/>
    <w:rsid w:val="00352295"/>
    <w:rsid w:val="003565C3"/>
    <w:rsid w:val="00361170"/>
    <w:rsid w:val="003760A5"/>
    <w:rsid w:val="003949E0"/>
    <w:rsid w:val="003950D2"/>
    <w:rsid w:val="00396F69"/>
    <w:rsid w:val="003A0867"/>
    <w:rsid w:val="003C2ECE"/>
    <w:rsid w:val="003C4EBE"/>
    <w:rsid w:val="003E42A9"/>
    <w:rsid w:val="003F51DC"/>
    <w:rsid w:val="003F6743"/>
    <w:rsid w:val="004050A1"/>
    <w:rsid w:val="00410A55"/>
    <w:rsid w:val="0041485F"/>
    <w:rsid w:val="00420F82"/>
    <w:rsid w:val="00423E9C"/>
    <w:rsid w:val="00433457"/>
    <w:rsid w:val="00433BED"/>
    <w:rsid w:val="004376F5"/>
    <w:rsid w:val="00440B47"/>
    <w:rsid w:val="004521EA"/>
    <w:rsid w:val="00452D33"/>
    <w:rsid w:val="0046005E"/>
    <w:rsid w:val="00465094"/>
    <w:rsid w:val="00470F98"/>
    <w:rsid w:val="00473400"/>
    <w:rsid w:val="00494972"/>
    <w:rsid w:val="004961F3"/>
    <w:rsid w:val="004B1348"/>
    <w:rsid w:val="004B2557"/>
    <w:rsid w:val="004B65D1"/>
    <w:rsid w:val="004D6AC8"/>
    <w:rsid w:val="004E214A"/>
    <w:rsid w:val="004E25F2"/>
    <w:rsid w:val="004E2AA2"/>
    <w:rsid w:val="004E4CE2"/>
    <w:rsid w:val="004F56B1"/>
    <w:rsid w:val="004F648B"/>
    <w:rsid w:val="004F7EE4"/>
    <w:rsid w:val="00512EB6"/>
    <w:rsid w:val="005145BA"/>
    <w:rsid w:val="00522ACE"/>
    <w:rsid w:val="00523BD1"/>
    <w:rsid w:val="00533738"/>
    <w:rsid w:val="00543912"/>
    <w:rsid w:val="0055243A"/>
    <w:rsid w:val="00553D78"/>
    <w:rsid w:val="00554AFE"/>
    <w:rsid w:val="00563A01"/>
    <w:rsid w:val="00576062"/>
    <w:rsid w:val="005846AC"/>
    <w:rsid w:val="00593F04"/>
    <w:rsid w:val="005A2034"/>
    <w:rsid w:val="00600884"/>
    <w:rsid w:val="00612CF9"/>
    <w:rsid w:val="006153B9"/>
    <w:rsid w:val="00646B26"/>
    <w:rsid w:val="00647B63"/>
    <w:rsid w:val="00660D1F"/>
    <w:rsid w:val="00664395"/>
    <w:rsid w:val="006717CE"/>
    <w:rsid w:val="00684997"/>
    <w:rsid w:val="00696E78"/>
    <w:rsid w:val="006A49D8"/>
    <w:rsid w:val="006B4F52"/>
    <w:rsid w:val="006B5D7E"/>
    <w:rsid w:val="006C1DBC"/>
    <w:rsid w:val="006E3457"/>
    <w:rsid w:val="006E5F3A"/>
    <w:rsid w:val="006E66D9"/>
    <w:rsid w:val="00703F65"/>
    <w:rsid w:val="00705BC1"/>
    <w:rsid w:val="00735E8A"/>
    <w:rsid w:val="00745390"/>
    <w:rsid w:val="00745DC8"/>
    <w:rsid w:val="007920D9"/>
    <w:rsid w:val="007A1D60"/>
    <w:rsid w:val="007B0503"/>
    <w:rsid w:val="007B0BEF"/>
    <w:rsid w:val="007B1159"/>
    <w:rsid w:val="007B515D"/>
    <w:rsid w:val="007B710C"/>
    <w:rsid w:val="007C0507"/>
    <w:rsid w:val="007D71A7"/>
    <w:rsid w:val="007D745D"/>
    <w:rsid w:val="007E2B86"/>
    <w:rsid w:val="008308A4"/>
    <w:rsid w:val="00846724"/>
    <w:rsid w:val="008550EE"/>
    <w:rsid w:val="00863248"/>
    <w:rsid w:val="00882C3B"/>
    <w:rsid w:val="008B1839"/>
    <w:rsid w:val="008C1391"/>
    <w:rsid w:val="008E3D1E"/>
    <w:rsid w:val="009111F5"/>
    <w:rsid w:val="009127C0"/>
    <w:rsid w:val="009159CC"/>
    <w:rsid w:val="009324F0"/>
    <w:rsid w:val="00953F61"/>
    <w:rsid w:val="00960BCB"/>
    <w:rsid w:val="009629EC"/>
    <w:rsid w:val="009739DF"/>
    <w:rsid w:val="009B18DD"/>
    <w:rsid w:val="009C2CC2"/>
    <w:rsid w:val="009C6AF0"/>
    <w:rsid w:val="009D005E"/>
    <w:rsid w:val="009D0394"/>
    <w:rsid w:val="009D57AC"/>
    <w:rsid w:val="009E4AF4"/>
    <w:rsid w:val="009F1F96"/>
    <w:rsid w:val="009F34A3"/>
    <w:rsid w:val="009F3F3F"/>
    <w:rsid w:val="00A001DF"/>
    <w:rsid w:val="00A074EF"/>
    <w:rsid w:val="00A11E88"/>
    <w:rsid w:val="00A236D4"/>
    <w:rsid w:val="00A403E4"/>
    <w:rsid w:val="00A406C3"/>
    <w:rsid w:val="00A41723"/>
    <w:rsid w:val="00A46792"/>
    <w:rsid w:val="00A80D28"/>
    <w:rsid w:val="00A86698"/>
    <w:rsid w:val="00A91F39"/>
    <w:rsid w:val="00A93F31"/>
    <w:rsid w:val="00AA1D8D"/>
    <w:rsid w:val="00AA6E08"/>
    <w:rsid w:val="00AB0266"/>
    <w:rsid w:val="00AE1CBD"/>
    <w:rsid w:val="00AE5D8F"/>
    <w:rsid w:val="00AF5708"/>
    <w:rsid w:val="00B077AC"/>
    <w:rsid w:val="00B120EA"/>
    <w:rsid w:val="00B1531C"/>
    <w:rsid w:val="00B23C71"/>
    <w:rsid w:val="00B25BD0"/>
    <w:rsid w:val="00B34B33"/>
    <w:rsid w:val="00B42A7F"/>
    <w:rsid w:val="00B43082"/>
    <w:rsid w:val="00B44088"/>
    <w:rsid w:val="00B458FE"/>
    <w:rsid w:val="00B47730"/>
    <w:rsid w:val="00B5760E"/>
    <w:rsid w:val="00B71F2D"/>
    <w:rsid w:val="00B82ADC"/>
    <w:rsid w:val="00B94A78"/>
    <w:rsid w:val="00B97995"/>
    <w:rsid w:val="00BE72B5"/>
    <w:rsid w:val="00BF4A62"/>
    <w:rsid w:val="00C122CC"/>
    <w:rsid w:val="00C1516F"/>
    <w:rsid w:val="00C42454"/>
    <w:rsid w:val="00C5799F"/>
    <w:rsid w:val="00C608B9"/>
    <w:rsid w:val="00C6165A"/>
    <w:rsid w:val="00C6339D"/>
    <w:rsid w:val="00C71808"/>
    <w:rsid w:val="00C82C8D"/>
    <w:rsid w:val="00C91FC0"/>
    <w:rsid w:val="00CA6DE7"/>
    <w:rsid w:val="00CB0664"/>
    <w:rsid w:val="00CB67BF"/>
    <w:rsid w:val="00CC3827"/>
    <w:rsid w:val="00CD73D9"/>
    <w:rsid w:val="00CE23A3"/>
    <w:rsid w:val="00CE4778"/>
    <w:rsid w:val="00D33D16"/>
    <w:rsid w:val="00D44FE5"/>
    <w:rsid w:val="00D60935"/>
    <w:rsid w:val="00D61B9A"/>
    <w:rsid w:val="00D67430"/>
    <w:rsid w:val="00D72894"/>
    <w:rsid w:val="00D7361F"/>
    <w:rsid w:val="00D86561"/>
    <w:rsid w:val="00D8658D"/>
    <w:rsid w:val="00D92ED1"/>
    <w:rsid w:val="00DA0EC9"/>
    <w:rsid w:val="00DA216C"/>
    <w:rsid w:val="00DC0D55"/>
    <w:rsid w:val="00DC14CF"/>
    <w:rsid w:val="00DD1235"/>
    <w:rsid w:val="00DD3238"/>
    <w:rsid w:val="00DD5BC3"/>
    <w:rsid w:val="00DF026A"/>
    <w:rsid w:val="00DF1A61"/>
    <w:rsid w:val="00E061D7"/>
    <w:rsid w:val="00E12D5B"/>
    <w:rsid w:val="00E15868"/>
    <w:rsid w:val="00E25DEE"/>
    <w:rsid w:val="00E26F5B"/>
    <w:rsid w:val="00E40F84"/>
    <w:rsid w:val="00E4576E"/>
    <w:rsid w:val="00E53D4C"/>
    <w:rsid w:val="00E5550B"/>
    <w:rsid w:val="00E567D9"/>
    <w:rsid w:val="00E60BB8"/>
    <w:rsid w:val="00E64D26"/>
    <w:rsid w:val="00E66051"/>
    <w:rsid w:val="00EA0D6C"/>
    <w:rsid w:val="00EB095D"/>
    <w:rsid w:val="00EB3EA0"/>
    <w:rsid w:val="00ED33E0"/>
    <w:rsid w:val="00ED7193"/>
    <w:rsid w:val="00EF5B0C"/>
    <w:rsid w:val="00EF69DC"/>
    <w:rsid w:val="00F01167"/>
    <w:rsid w:val="00F05A5E"/>
    <w:rsid w:val="00F1747F"/>
    <w:rsid w:val="00F21D8D"/>
    <w:rsid w:val="00F44863"/>
    <w:rsid w:val="00F72254"/>
    <w:rsid w:val="00F808F9"/>
    <w:rsid w:val="00F9425E"/>
    <w:rsid w:val="00FA1144"/>
    <w:rsid w:val="00FA3506"/>
    <w:rsid w:val="00FC25F5"/>
    <w:rsid w:val="00FC6374"/>
    <w:rsid w:val="00FC693F"/>
    <w:rsid w:val="00FC7B9C"/>
    <w:rsid w:val="00FD2353"/>
    <w:rsid w:val="00FF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48785B"/>
  <w14:defaultImageDpi w14:val="300"/>
  <w15:docId w15:val="{B554C5FA-98C4-4E47-9AFC-2135AE5DD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F61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F47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47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Jean-Noel Robert</cp:lastModifiedBy>
  <cp:revision>31</cp:revision>
  <cp:lastPrinted>2026-09-08T15:28:00Z</cp:lastPrinted>
  <dcterms:created xsi:type="dcterms:W3CDTF">2026-09-10T10:57:00Z</dcterms:created>
  <dcterms:modified xsi:type="dcterms:W3CDTF">2026-09-10T11:34:00Z</dcterms:modified>
  <cp:category/>
</cp:coreProperties>
</file>